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1F63083" w14:textId="77777777" w:rsidR="00C07598" w:rsidRPr="00F14964" w:rsidRDefault="00E8614B" w:rsidP="00AB30E2">
      <w:pPr>
        <w:spacing w:after="0"/>
        <w:jc w:val="center"/>
        <w:rPr>
          <w:sz w:val="28"/>
          <w:szCs w:val="28"/>
        </w:rPr>
      </w:pPr>
      <w:r w:rsidRPr="00F14964">
        <w:rPr>
          <w:b/>
          <w:sz w:val="28"/>
          <w:szCs w:val="28"/>
        </w:rPr>
        <w:t>ASSOCIAÇÃO POLICIAL DE ASSISTÊNCIA À SAÚDE DE JAÚ</w:t>
      </w:r>
    </w:p>
    <w:p w14:paraId="2CAFCA16" w14:textId="65F033EA" w:rsidR="00C07598" w:rsidRPr="0057409D" w:rsidRDefault="00E8614B" w:rsidP="00AB30E2">
      <w:pPr>
        <w:spacing w:after="160"/>
        <w:jc w:val="center"/>
      </w:pPr>
      <w:r w:rsidRPr="00AB30E2">
        <w:rPr>
          <w:b/>
          <w:sz w:val="28"/>
        </w:rPr>
        <w:t>APAS</w:t>
      </w:r>
      <w:r w:rsidRPr="0057409D">
        <w:rPr>
          <w:b/>
          <w:sz w:val="28"/>
        </w:rPr>
        <w:t>-</w:t>
      </w:r>
      <w:r w:rsidRPr="00AB30E2">
        <w:rPr>
          <w:b/>
          <w:sz w:val="28"/>
        </w:rPr>
        <w:t>JAÚ</w:t>
      </w:r>
    </w:p>
    <w:p w14:paraId="6EE8862E" w14:textId="77777777" w:rsidR="00C07598" w:rsidRPr="00AB30E2" w:rsidRDefault="00E8614B" w:rsidP="00AB30E2">
      <w:pPr>
        <w:jc w:val="center"/>
      </w:pPr>
      <w:r w:rsidRPr="00AB30E2">
        <w:rPr>
          <w:b/>
          <w:sz w:val="28"/>
        </w:rPr>
        <w:t>ESTATUTO SOCIAL</w:t>
      </w:r>
      <w:r w:rsidRPr="0057409D">
        <w:rPr>
          <w:b/>
          <w:sz w:val="28"/>
        </w:rPr>
        <w:t xml:space="preserve"> CONSOLIDADO</w:t>
      </w:r>
    </w:p>
    <w:p w14:paraId="69708AE5" w14:textId="32898CFB" w:rsidR="00C07598" w:rsidRPr="0057409D" w:rsidRDefault="00C07598">
      <w:pPr>
        <w:spacing w:after="240"/>
        <w:jc w:val="center"/>
      </w:pPr>
    </w:p>
    <w:p w14:paraId="1D8D5A85" w14:textId="77777777" w:rsidR="00C07598" w:rsidRPr="00AB30E2" w:rsidRDefault="00E8614B" w:rsidP="00AB30E2">
      <w:pPr>
        <w:spacing w:before="120"/>
        <w:jc w:val="center"/>
      </w:pPr>
      <w:r w:rsidRPr="0057409D">
        <w:rPr>
          <w:b/>
          <w:sz w:val="24"/>
        </w:rPr>
        <w:t>CAPÍTULO I</w:t>
      </w:r>
    </w:p>
    <w:p w14:paraId="52D6664C" w14:textId="77777777" w:rsidR="00C07598" w:rsidRPr="0057409D" w:rsidRDefault="00E8614B" w:rsidP="00AB30E2">
      <w:pPr>
        <w:spacing w:before="120"/>
        <w:jc w:val="center"/>
      </w:pPr>
      <w:r w:rsidRPr="00AB30E2">
        <w:rPr>
          <w:b/>
        </w:rPr>
        <w:t>DA DENOMINAÇÃO, DURAÇÃO, SEDE E FINALIDADE</w:t>
      </w:r>
    </w:p>
    <w:p w14:paraId="061F647A" w14:textId="2B770A57" w:rsidR="00C07598" w:rsidRPr="00AB30E2" w:rsidRDefault="00E8614B" w:rsidP="00AB30E2">
      <w:pPr>
        <w:spacing w:after="40"/>
        <w:jc w:val="both"/>
      </w:pPr>
      <w:r w:rsidRPr="00AB30E2">
        <w:rPr>
          <w:b/>
        </w:rPr>
        <w:t xml:space="preserve">Art. 1º - </w:t>
      </w:r>
      <w:r w:rsidRPr="00AB30E2">
        <w:t xml:space="preserve">A Associação Policial de Assistência à Saúde de Jaú, também designada pela sigla APAS-JAÚ, fundada em 14 de junho de 1994, devidamente registrada no 1º Cartório de Registro Civil das Pessoas Jurídicas de Jaú, sob o nº </w:t>
      </w:r>
      <w:r w:rsidRPr="0057409D">
        <w:t>7.856</w:t>
      </w:r>
      <w:r w:rsidRPr="00AB30E2">
        <w:t xml:space="preserve">, Microfilme nº </w:t>
      </w:r>
      <w:r w:rsidRPr="0057409D">
        <w:t>1.438</w:t>
      </w:r>
      <w:r w:rsidRPr="00AB30E2">
        <w:t>, de 06.07.</w:t>
      </w:r>
      <w:r w:rsidRPr="0057409D">
        <w:t>1</w:t>
      </w:r>
      <w:r w:rsidRPr="0057409D">
        <w:t>995, e suas alterações civis constitutivas,</w:t>
      </w:r>
      <w:r w:rsidRPr="00AB30E2">
        <w:t xml:space="preserve"> para fins não econômicos </w:t>
      </w:r>
      <w:r w:rsidRPr="0057409D">
        <w:t xml:space="preserve">e </w:t>
      </w:r>
      <w:r w:rsidRPr="00AB30E2">
        <w:t>sem fins lucrativos</w:t>
      </w:r>
      <w:r w:rsidRPr="0057409D">
        <w:t>,</w:t>
      </w:r>
      <w:r w:rsidRPr="00AB30E2">
        <w:t xml:space="preserve"> na forma do </w:t>
      </w:r>
      <w:r w:rsidRPr="0057409D">
        <w:t>art.</w:t>
      </w:r>
      <w:r w:rsidRPr="00AB30E2">
        <w:t xml:space="preserve"> 53 da Lei </w:t>
      </w:r>
      <w:r w:rsidRPr="0057409D">
        <w:t xml:space="preserve">nº </w:t>
      </w:r>
      <w:r w:rsidRPr="00AB30E2">
        <w:t xml:space="preserve">10.406/2002, tendo prazo de duração indeterminado, </w:t>
      </w:r>
      <w:r w:rsidRPr="0057409D">
        <w:t>tem sede</w:t>
      </w:r>
      <w:r w:rsidRPr="00AB30E2">
        <w:t xml:space="preserve"> na cidade de Jaú, na Rua Dr. João Leite, </w:t>
      </w:r>
      <w:r w:rsidRPr="0057409D">
        <w:t xml:space="preserve">nº </w:t>
      </w:r>
      <w:r w:rsidRPr="00AB30E2">
        <w:t>652</w:t>
      </w:r>
      <w:r w:rsidRPr="0057409D">
        <w:t>,</w:t>
      </w:r>
      <w:r w:rsidRPr="00AB30E2">
        <w:t xml:space="preserve"> Centro</w:t>
      </w:r>
      <w:r w:rsidRPr="0057409D">
        <w:t>,</w:t>
      </w:r>
      <w:r w:rsidRPr="00AB30E2">
        <w:t xml:space="preserve"> CEP 17.201-090, o</w:t>
      </w:r>
      <w:r w:rsidRPr="00AB30E2">
        <w:t>nde tem seu foro.</w:t>
      </w:r>
    </w:p>
    <w:p w14:paraId="7D5E6140" w14:textId="77777777" w:rsidR="00C07598" w:rsidRPr="007A1B37" w:rsidRDefault="00E8614B">
      <w:pPr>
        <w:spacing w:after="40"/>
        <w:jc w:val="both"/>
        <w:rPr>
          <w:bCs/>
        </w:rPr>
      </w:pPr>
      <w:r w:rsidRPr="00AB30E2">
        <w:rPr>
          <w:b/>
        </w:rPr>
        <w:t xml:space="preserve">Parágrafo único - </w:t>
      </w:r>
      <w:r w:rsidRPr="007A1B37">
        <w:rPr>
          <w:bCs/>
        </w:rPr>
        <w:t>A APAS-JAÚ é entidade de autogestão em saúde, registrada perante a Agência Nacional de Saúde Suplementar - ANS, sujeita à Lei nº 9.656/1998, à RN/ANS nº 137/2006, com as alterações promovidas pela RN/ANS nº 649/2025, e à</w:t>
      </w:r>
      <w:r w:rsidRPr="007A1B37">
        <w:rPr>
          <w:bCs/>
        </w:rPr>
        <w:t>s demais normas aplicáveis.</w:t>
      </w:r>
    </w:p>
    <w:p w14:paraId="28C5D8A6" w14:textId="10D484B3" w:rsidR="00C07598" w:rsidRPr="007A1B37" w:rsidRDefault="00E8614B">
      <w:pPr>
        <w:spacing w:after="40"/>
        <w:jc w:val="both"/>
      </w:pPr>
      <w:r w:rsidRPr="0057409D">
        <w:rPr>
          <w:b/>
        </w:rPr>
        <w:t>Art. 2º -</w:t>
      </w:r>
      <w:r w:rsidRPr="00AB30E2">
        <w:rPr>
          <w:b/>
        </w:rPr>
        <w:t xml:space="preserve"> </w:t>
      </w:r>
      <w:r w:rsidRPr="0057409D">
        <w:t xml:space="preserve">A APAS-JAÚ tem por finalidade a operação de planos privados de assistência à saúde, na forma da legislação em vigor, em </w:t>
      </w:r>
      <w:r w:rsidRPr="007A1B37">
        <w:t>benefício de seus associados, de seus beneficiários dependentes e dos beneficiários titulares e de</w:t>
      </w:r>
      <w:r w:rsidRPr="007A1B37">
        <w:t>pendentes vinculados a entidades patrocinadoras, admitidos na forma deste Estatuto, dos regulamentos dos planos e da regulamentação da ANS.</w:t>
      </w:r>
    </w:p>
    <w:p w14:paraId="491530A5" w14:textId="49EDA395" w:rsidR="00C07598" w:rsidRPr="0057409D" w:rsidRDefault="00E8614B" w:rsidP="00AB30E2">
      <w:pPr>
        <w:spacing w:after="40"/>
        <w:jc w:val="both"/>
      </w:pPr>
      <w:r w:rsidRPr="0057409D">
        <w:rPr>
          <w:b/>
        </w:rPr>
        <w:t xml:space="preserve">§ 1º - </w:t>
      </w:r>
      <w:r w:rsidRPr="0057409D">
        <w:t xml:space="preserve">A APAS-JAÚ poderá atuar na prestação de </w:t>
      </w:r>
      <w:r w:rsidRPr="007A1B37">
        <w:t xml:space="preserve">serviços </w:t>
      </w:r>
      <w:r w:rsidR="00AB30E2" w:rsidRPr="007A1B37">
        <w:t>de saúde e assistenciais</w:t>
      </w:r>
      <w:r w:rsidRPr="0057409D">
        <w:t xml:space="preserve"> em prol de seus associados, inclusi</w:t>
      </w:r>
      <w:r w:rsidRPr="0057409D">
        <w:t>ve no oferecimento de auxílio funeral, na forma do respectivo regulamento.</w:t>
      </w:r>
    </w:p>
    <w:p w14:paraId="4CF809B3" w14:textId="36F8029E" w:rsidR="00C07598" w:rsidRPr="0057409D" w:rsidRDefault="00E8614B" w:rsidP="00AB30E2">
      <w:pPr>
        <w:spacing w:after="40"/>
        <w:jc w:val="both"/>
      </w:pPr>
      <w:r w:rsidRPr="0057409D">
        <w:rPr>
          <w:b/>
        </w:rPr>
        <w:t>§ 2º</w:t>
      </w:r>
      <w:r w:rsidRPr="00AB30E2">
        <w:rPr>
          <w:b/>
        </w:rPr>
        <w:t xml:space="preserve"> - </w:t>
      </w:r>
      <w:r w:rsidRPr="0057409D">
        <w:t>A APAS-JAÚ não poderá se manifestar sobre ou se envolver com assuntos estranhos às suas finalidades, inclusive questões político-partidárias, religiosas ou ideológicas, ou qu</w:t>
      </w:r>
      <w:r w:rsidRPr="0057409D">
        <w:t>e se relacionem às atividades pessoais de seus associados e beneficiários. A sede social somente será utilizada para os fins previstos neste Estatuto e em seu Regimento Interno.</w:t>
      </w:r>
    </w:p>
    <w:p w14:paraId="6298F71C" w14:textId="77777777" w:rsidR="00C07598" w:rsidRPr="0057409D" w:rsidRDefault="00E8614B" w:rsidP="00AB30E2">
      <w:pPr>
        <w:spacing w:after="40"/>
        <w:jc w:val="both"/>
      </w:pPr>
      <w:r w:rsidRPr="0057409D">
        <w:rPr>
          <w:b/>
        </w:rPr>
        <w:t>Art. 3º -</w:t>
      </w:r>
      <w:r w:rsidRPr="00AB30E2">
        <w:rPr>
          <w:b/>
        </w:rPr>
        <w:t xml:space="preserve"> </w:t>
      </w:r>
      <w:r w:rsidRPr="0057409D">
        <w:t>Para consecução de sua finalidade, a Associação poderá:</w:t>
      </w:r>
    </w:p>
    <w:p w14:paraId="214CDA45" w14:textId="77777777" w:rsidR="00C07598" w:rsidRPr="00AB30E2" w:rsidRDefault="00E8614B" w:rsidP="00AB30E2">
      <w:pPr>
        <w:spacing w:after="40"/>
        <w:ind w:left="397"/>
        <w:jc w:val="both"/>
      </w:pPr>
      <w:r w:rsidRPr="00AB30E2">
        <w:rPr>
          <w:b/>
        </w:rPr>
        <w:t xml:space="preserve">I - </w:t>
      </w:r>
      <w:r w:rsidRPr="00AB30E2">
        <w:t>adquirir</w:t>
      </w:r>
      <w:r w:rsidRPr="00AB30E2">
        <w:t>, construir, alugar ou receber por empréstimo os imóveis necessários às suas atividades;</w:t>
      </w:r>
    </w:p>
    <w:p w14:paraId="1C5E4E87" w14:textId="77777777" w:rsidR="00C07598" w:rsidRPr="00AB30E2" w:rsidRDefault="00E8614B" w:rsidP="00AB30E2">
      <w:pPr>
        <w:spacing w:after="40"/>
        <w:ind w:left="397"/>
        <w:jc w:val="both"/>
      </w:pPr>
      <w:r w:rsidRPr="00AB30E2">
        <w:rPr>
          <w:b/>
        </w:rPr>
        <w:t>I</w:t>
      </w:r>
      <w:r w:rsidRPr="00AB30E2">
        <w:t xml:space="preserve">I - manter serviços de assistência à saúde, por meio da contratação, credenciamento ou referenciamento de profissionais e estabelecimentos prestadores de serviços de </w:t>
      </w:r>
      <w:r w:rsidRPr="00AB30E2">
        <w:t>saúde;</w:t>
      </w:r>
    </w:p>
    <w:p w14:paraId="68F75321" w14:textId="0523086C" w:rsidR="00C07598" w:rsidRPr="007A1B37" w:rsidRDefault="00E8614B" w:rsidP="00AB30E2">
      <w:pPr>
        <w:spacing w:after="40"/>
        <w:ind w:left="397"/>
        <w:jc w:val="both"/>
      </w:pPr>
      <w:r w:rsidRPr="00AB30E2">
        <w:rPr>
          <w:b/>
        </w:rPr>
        <w:t>I</w:t>
      </w:r>
      <w:r w:rsidRPr="00AB30E2">
        <w:t xml:space="preserve">II - celebrar </w:t>
      </w:r>
      <w:r w:rsidRPr="007A1B37">
        <w:t>convênios de adesão com entidades patrocinadoras, públicas ou privadas, nos termos da regulamentação da ANS</w:t>
      </w:r>
      <w:r w:rsidR="00AB30E2" w:rsidRPr="007A1B37">
        <w:t xml:space="preserve">, desde que constituam entidades sem finalidade lucrativa que atuem na área da saúde e/ou que representem </w:t>
      </w:r>
      <w:r w:rsidR="007A1B37">
        <w:t>servidores públicos, ativos e/ou inativos, civis e/ou militares, das três esferas – municipal, estadual e federal</w:t>
      </w:r>
      <w:r w:rsidRPr="007A1B37">
        <w:t>;</w:t>
      </w:r>
    </w:p>
    <w:p w14:paraId="733CFAC4" w14:textId="77777777" w:rsidR="00C07598" w:rsidRPr="0057409D" w:rsidRDefault="00E8614B">
      <w:pPr>
        <w:spacing w:after="40"/>
        <w:ind w:left="397"/>
        <w:jc w:val="both"/>
      </w:pPr>
      <w:r w:rsidRPr="00AB30E2">
        <w:rPr>
          <w:b/>
        </w:rPr>
        <w:t>I</w:t>
      </w:r>
      <w:r w:rsidRPr="00AB30E2">
        <w:t xml:space="preserve">V - </w:t>
      </w:r>
      <w:r w:rsidRPr="0057409D">
        <w:t xml:space="preserve">celebrar outros convênios e firmar contratos com entidades públicas ou privadas, inclusive para </w:t>
      </w:r>
      <w:r w:rsidRPr="007A1B37">
        <w:t>compartilhamento de rede assistencial,</w:t>
      </w:r>
      <w:r w:rsidRPr="0057409D">
        <w:t xml:space="preserve"> quando admitido pela r</w:t>
      </w:r>
      <w:r w:rsidRPr="0057409D">
        <w:t>egulamentação da ANS; e</w:t>
      </w:r>
    </w:p>
    <w:p w14:paraId="056D32FC" w14:textId="77777777" w:rsidR="00C07598" w:rsidRPr="00AB30E2" w:rsidRDefault="00E8614B" w:rsidP="00AB30E2">
      <w:pPr>
        <w:spacing w:after="40"/>
        <w:ind w:left="397"/>
        <w:jc w:val="both"/>
      </w:pPr>
      <w:r w:rsidRPr="0057409D">
        <w:rPr>
          <w:b/>
        </w:rPr>
        <w:t xml:space="preserve">V - </w:t>
      </w:r>
      <w:r w:rsidRPr="00AB30E2">
        <w:t>filiar-se a outras entidades congêneres</w:t>
      </w:r>
      <w:r w:rsidRPr="0057409D">
        <w:t>,</w:t>
      </w:r>
      <w:r w:rsidRPr="00AB30E2">
        <w:t xml:space="preserve"> sem perder sua individualidade e poder de decisão.</w:t>
      </w:r>
    </w:p>
    <w:p w14:paraId="494991BD" w14:textId="7F8E32B3" w:rsidR="00C07598" w:rsidRPr="0057409D" w:rsidRDefault="00E8614B" w:rsidP="00AB30E2">
      <w:pPr>
        <w:spacing w:after="40"/>
        <w:jc w:val="both"/>
      </w:pPr>
      <w:r w:rsidRPr="0057409D">
        <w:rPr>
          <w:b/>
        </w:rPr>
        <w:t>Art. 4º -</w:t>
      </w:r>
      <w:r w:rsidRPr="00AB30E2">
        <w:rPr>
          <w:b/>
        </w:rPr>
        <w:t xml:space="preserve"> </w:t>
      </w:r>
      <w:r w:rsidRPr="0057409D">
        <w:t xml:space="preserve">A prestação da assistência médico-hospitalar oferecida aos beneficiários deverá observar padrão técnico-científico compatível </w:t>
      </w:r>
      <w:r w:rsidRPr="0057409D">
        <w:t>com a legislação, a regulamentação da ANS e as melhores práticas aplicáveis.</w:t>
      </w:r>
    </w:p>
    <w:p w14:paraId="6AEF1EB9" w14:textId="6AFEBCC9" w:rsidR="00AB30E2" w:rsidRPr="007A1B37" w:rsidRDefault="00E8614B" w:rsidP="00AB30E2">
      <w:pPr>
        <w:spacing w:after="40"/>
        <w:jc w:val="both"/>
      </w:pPr>
      <w:r w:rsidRPr="00AB30E2">
        <w:rPr>
          <w:b/>
        </w:rPr>
        <w:t xml:space="preserve">Art. 5º - </w:t>
      </w:r>
      <w:r w:rsidRPr="007A1B37">
        <w:t xml:space="preserve">Os serviços assistenciais a serem prestados pela APAS-JAÚ serão circunscritos </w:t>
      </w:r>
      <w:r w:rsidR="00AB30E2" w:rsidRPr="007A1B37">
        <w:t xml:space="preserve">a grupo de municípios que integram a área de cobertura definida nos respectivos regulamentos, dentro da região de saúde a que pertence o município de Jaú, sem prejuízo de extensão excepcional da cobertura em localidade diversa da área de atuação do produto, na forma e limites previstos na regulamentação da ANS. </w:t>
      </w:r>
    </w:p>
    <w:p w14:paraId="1DE306E4" w14:textId="4FE04CCC" w:rsidR="00C07598" w:rsidRPr="0057409D" w:rsidRDefault="00E8614B" w:rsidP="00AB30E2">
      <w:pPr>
        <w:spacing w:after="40"/>
        <w:jc w:val="both"/>
      </w:pPr>
      <w:r w:rsidRPr="0057409D">
        <w:rPr>
          <w:b/>
        </w:rPr>
        <w:t xml:space="preserve">Art. 6º - </w:t>
      </w:r>
      <w:r w:rsidRPr="0057409D">
        <w:t xml:space="preserve">A APAS-JAÚ poderá </w:t>
      </w:r>
      <w:r w:rsidRPr="0057409D">
        <w:t>manter, nos municípios de sua área de atuação, representantes previamente escolhidos e aprovados pelo Conselho de Administração, para melhor atender aos associados e beneficiários.</w:t>
      </w:r>
    </w:p>
    <w:p w14:paraId="298C275B" w14:textId="77777777" w:rsidR="00C07598" w:rsidRPr="0057409D" w:rsidRDefault="00E8614B" w:rsidP="00AB30E2">
      <w:pPr>
        <w:spacing w:before="120"/>
        <w:jc w:val="center"/>
      </w:pPr>
      <w:r w:rsidRPr="00AB30E2">
        <w:rPr>
          <w:b/>
          <w:sz w:val="24"/>
        </w:rPr>
        <w:lastRenderedPageBreak/>
        <w:t>CAPÍTULO II</w:t>
      </w:r>
    </w:p>
    <w:p w14:paraId="00CE8F53" w14:textId="77777777" w:rsidR="00C07598" w:rsidRPr="00AB30E2" w:rsidRDefault="00E8614B" w:rsidP="00AB30E2">
      <w:pPr>
        <w:spacing w:before="120"/>
        <w:jc w:val="center"/>
      </w:pPr>
      <w:r w:rsidRPr="00AB30E2">
        <w:rPr>
          <w:b/>
        </w:rPr>
        <w:t>DO QUADRO ASSOCIATIVO</w:t>
      </w:r>
      <w:r w:rsidRPr="0057409D">
        <w:rPr>
          <w:b/>
        </w:rPr>
        <w:t xml:space="preserve"> E DOS BENEFICIÁRIOS</w:t>
      </w:r>
    </w:p>
    <w:p w14:paraId="0F5D1EA6" w14:textId="77777777" w:rsidR="00C07598" w:rsidRPr="00AB30E2" w:rsidRDefault="00E8614B" w:rsidP="00AB30E2">
      <w:pPr>
        <w:spacing w:before="120"/>
        <w:jc w:val="center"/>
      </w:pPr>
      <w:r w:rsidRPr="0057409D">
        <w:rPr>
          <w:b/>
          <w:sz w:val="24"/>
        </w:rPr>
        <w:t>SEÇÃO I</w:t>
      </w:r>
    </w:p>
    <w:p w14:paraId="026D8254" w14:textId="77777777" w:rsidR="00C07598" w:rsidRPr="00AB30E2" w:rsidRDefault="00E8614B" w:rsidP="00AB30E2">
      <w:pPr>
        <w:spacing w:before="120"/>
        <w:jc w:val="center"/>
      </w:pPr>
      <w:r w:rsidRPr="00AB30E2">
        <w:rPr>
          <w:b/>
        </w:rPr>
        <w:t>DOS ASSOCIADO</w:t>
      </w:r>
      <w:r w:rsidRPr="00AB30E2">
        <w:rPr>
          <w:b/>
        </w:rPr>
        <w:t>S</w:t>
      </w:r>
    </w:p>
    <w:p w14:paraId="3E2D7C16" w14:textId="32D189CA" w:rsidR="00C07598" w:rsidRPr="0057409D" w:rsidRDefault="00E8614B" w:rsidP="00AB30E2">
      <w:pPr>
        <w:spacing w:after="40"/>
        <w:jc w:val="both"/>
      </w:pPr>
      <w:r w:rsidRPr="0057409D">
        <w:rPr>
          <w:b/>
        </w:rPr>
        <w:t>Art. 7º -</w:t>
      </w:r>
      <w:r w:rsidRPr="00AB30E2">
        <w:rPr>
          <w:b/>
        </w:rPr>
        <w:t xml:space="preserve"> </w:t>
      </w:r>
      <w:r w:rsidRPr="0057409D">
        <w:t>São considerados associados, na condição de beneficiários titulares, os Oficiais e Praças da Polícia Militar do Estado de São Paulo, incluindo os policiais da ativa, licenciados, da reserva remunerada, reformados e os respectivos pensionistas q</w:t>
      </w:r>
      <w:r w:rsidRPr="0057409D">
        <w:t>ue tenham aprovada sua filiação voluntária à APAS-JAÚ.</w:t>
      </w:r>
    </w:p>
    <w:p w14:paraId="71FE3697" w14:textId="2C06D580" w:rsidR="00C07598" w:rsidRPr="0057409D" w:rsidRDefault="00E8614B" w:rsidP="00AB30E2">
      <w:pPr>
        <w:spacing w:after="40"/>
        <w:jc w:val="both"/>
      </w:pPr>
      <w:r w:rsidRPr="0057409D">
        <w:rPr>
          <w:b/>
        </w:rPr>
        <w:t>Parágrafo único</w:t>
      </w:r>
      <w:r w:rsidRPr="00AB30E2">
        <w:rPr>
          <w:b/>
        </w:rPr>
        <w:t xml:space="preserve"> - </w:t>
      </w:r>
      <w:r w:rsidRPr="0057409D">
        <w:t>Os associados não respondem, nem solidária</w:t>
      </w:r>
      <w:r w:rsidR="007A1B37">
        <w:t>,</w:t>
      </w:r>
      <w:r w:rsidRPr="0057409D">
        <w:t xml:space="preserve"> nem subsidiariamente, pelas obrigações sociais.</w:t>
      </w:r>
    </w:p>
    <w:p w14:paraId="408128CE" w14:textId="77777777" w:rsidR="00C07598" w:rsidRPr="0057409D" w:rsidRDefault="00E8614B" w:rsidP="00AB30E2">
      <w:pPr>
        <w:spacing w:after="40"/>
        <w:jc w:val="both"/>
      </w:pPr>
      <w:r w:rsidRPr="0057409D">
        <w:rPr>
          <w:b/>
        </w:rPr>
        <w:t>Art. 8º -</w:t>
      </w:r>
      <w:r w:rsidRPr="00AB30E2">
        <w:rPr>
          <w:b/>
        </w:rPr>
        <w:t xml:space="preserve"> </w:t>
      </w:r>
      <w:r w:rsidRPr="0057409D">
        <w:t>Será facultado ao associado, para fruição dos serviços assistenciais previstos ne</w:t>
      </w:r>
      <w:r w:rsidRPr="0057409D">
        <w:t>ste Estatuto, a inscrição, como beneficiários dependentes, das pessoas de seu grupo familiar que com ele mantenham os seguintes vínculos:</w:t>
      </w:r>
    </w:p>
    <w:p w14:paraId="36073AAE" w14:textId="173A0241" w:rsidR="00C07598" w:rsidRPr="0057409D" w:rsidRDefault="00E8614B" w:rsidP="00AB30E2">
      <w:pPr>
        <w:spacing w:after="40"/>
        <w:ind w:left="397"/>
        <w:jc w:val="both"/>
      </w:pPr>
      <w:r w:rsidRPr="00AB30E2">
        <w:rPr>
          <w:b/>
        </w:rPr>
        <w:t xml:space="preserve">I - </w:t>
      </w:r>
      <w:r w:rsidRPr="0057409D">
        <w:t>cônjuge ou companheiro(a), sem concorrência entre si;</w:t>
      </w:r>
    </w:p>
    <w:p w14:paraId="4E6308DD" w14:textId="541A0D80" w:rsidR="00C07598" w:rsidRPr="00AB30E2" w:rsidRDefault="00E8614B" w:rsidP="00AB30E2">
      <w:pPr>
        <w:spacing w:after="40"/>
        <w:ind w:left="397"/>
        <w:jc w:val="both"/>
      </w:pPr>
      <w:r w:rsidRPr="00AB30E2">
        <w:rPr>
          <w:b/>
        </w:rPr>
        <w:t>I</w:t>
      </w:r>
      <w:r w:rsidRPr="00AB30E2">
        <w:t>I - filhos(as</w:t>
      </w:r>
      <w:r w:rsidRPr="0057409D">
        <w:t>),</w:t>
      </w:r>
      <w:r w:rsidRPr="00AB30E2">
        <w:t xml:space="preserve"> netos(as</w:t>
      </w:r>
      <w:r w:rsidRPr="0057409D">
        <w:t>) e bisnetos(as</w:t>
      </w:r>
      <w:r w:rsidRPr="00AB30E2">
        <w:t>), que não tenham id</w:t>
      </w:r>
      <w:r w:rsidRPr="00AB30E2">
        <w:t>ade superior a 18 (dezoito) anos.</w:t>
      </w:r>
    </w:p>
    <w:p w14:paraId="4857F674" w14:textId="31F0AAA0" w:rsidR="00C07598" w:rsidRPr="00AB30E2" w:rsidRDefault="00E8614B" w:rsidP="00AB30E2">
      <w:pPr>
        <w:spacing w:after="40"/>
        <w:jc w:val="both"/>
      </w:pPr>
      <w:r w:rsidRPr="00AB30E2">
        <w:rPr>
          <w:b/>
        </w:rPr>
        <w:t xml:space="preserve">§ 1º - </w:t>
      </w:r>
      <w:r w:rsidRPr="00AB30E2">
        <w:t>Equiparam-se aos filhos, mediante apresentação da Declaração do Imposto de Renda, o menor de idade que, por decisão judicial, esteja sob tutela do titular</w:t>
      </w:r>
      <w:r w:rsidRPr="0057409D">
        <w:t>,</w:t>
      </w:r>
      <w:r w:rsidRPr="00AB30E2">
        <w:t xml:space="preserve"> além do(a) enteado(a), com apresentação de documento que co</w:t>
      </w:r>
      <w:r w:rsidRPr="00AB30E2">
        <w:t xml:space="preserve">mprove o vínculo de união estável ou casamento </w:t>
      </w:r>
      <w:r w:rsidRPr="0057409D">
        <w:t>de</w:t>
      </w:r>
      <w:r w:rsidRPr="00AB30E2">
        <w:t xml:space="preserve"> seu progenitor com o associado titular.</w:t>
      </w:r>
    </w:p>
    <w:p w14:paraId="719696C1" w14:textId="7EA9210D" w:rsidR="00C07598" w:rsidRPr="0057409D" w:rsidRDefault="00E8614B" w:rsidP="00AB30E2">
      <w:pPr>
        <w:spacing w:after="40"/>
        <w:jc w:val="both"/>
      </w:pPr>
      <w:r w:rsidRPr="0057409D">
        <w:rPr>
          <w:b/>
        </w:rPr>
        <w:t>§ 2º -</w:t>
      </w:r>
      <w:r w:rsidRPr="00AB30E2">
        <w:rPr>
          <w:b/>
        </w:rPr>
        <w:t xml:space="preserve"> </w:t>
      </w:r>
      <w:r w:rsidRPr="0057409D">
        <w:t xml:space="preserve">A admissão do(a) companheiro(a) independerá da condição homo ou heteroafetiva, devendo ser comprovada, em qualquer dos casos, a existência de união estável </w:t>
      </w:r>
      <w:r w:rsidRPr="0057409D">
        <w:t>monogâmica como entidade familiar, conforme a Lei Civil, mediante declaração ou instrumento particular registrado em cartório competente ou por outro documento hábil que demonstre essa condição, com firma reconhecida; não podendo haver concorrência no grau</w:t>
      </w:r>
      <w:r w:rsidRPr="0057409D">
        <w:t xml:space="preserve"> de dependência entre cônjuge e companheiro(a).</w:t>
      </w:r>
    </w:p>
    <w:p w14:paraId="3922696B" w14:textId="77777777" w:rsidR="00C07598" w:rsidRPr="0057409D" w:rsidRDefault="00E8614B">
      <w:pPr>
        <w:spacing w:after="40"/>
        <w:jc w:val="both"/>
      </w:pPr>
      <w:r w:rsidRPr="0057409D">
        <w:rPr>
          <w:b/>
        </w:rPr>
        <w:t xml:space="preserve">§ 3º - </w:t>
      </w:r>
      <w:r w:rsidRPr="0057409D">
        <w:t>Excepcionalmente, na hipótese de adesão de titular por meio de migração com portabilidade de carências de todo o grupo familiar, poderão ser admitidos, como seus dependentes, os filhos, netos e bisneto</w:t>
      </w:r>
      <w:r w:rsidRPr="0057409D">
        <w:t>s, de qualquer idade, que já estejam inseridos no plano de origem.</w:t>
      </w:r>
    </w:p>
    <w:p w14:paraId="7832F8B9" w14:textId="5DB3B806" w:rsidR="00C07598" w:rsidRPr="00AB30E2" w:rsidRDefault="00E8614B" w:rsidP="00AB30E2">
      <w:pPr>
        <w:spacing w:after="40"/>
        <w:jc w:val="both"/>
      </w:pPr>
      <w:r w:rsidRPr="00AB30E2">
        <w:rPr>
          <w:b/>
        </w:rPr>
        <w:t xml:space="preserve">Art. 9º - </w:t>
      </w:r>
      <w:r w:rsidRPr="00AB30E2">
        <w:t>Excepcionalmente e em caráter transitório, será admitido, até o dia 31/12/</w:t>
      </w:r>
      <w:r w:rsidRPr="0057409D">
        <w:t>2025</w:t>
      </w:r>
      <w:r w:rsidRPr="00AB30E2">
        <w:t xml:space="preserve">, que o associado titular faça a inclusão, como beneficiários dependentes, de </w:t>
      </w:r>
      <w:r w:rsidRPr="0057409D">
        <w:t>seu(s) filho(s), neto(s</w:t>
      </w:r>
      <w:r w:rsidRPr="0057409D">
        <w:t>), bisneto(s)</w:t>
      </w:r>
      <w:r w:rsidRPr="00AB30E2">
        <w:t xml:space="preserve"> ou </w:t>
      </w:r>
      <w:r w:rsidRPr="0057409D">
        <w:t>equiparado(s</w:t>
      </w:r>
      <w:r w:rsidRPr="00AB30E2">
        <w:t>) maiores de 18 (dezoito) anos, ressalvando o cumprimento integral dos prazos de carência e de cobertura parcial temporária</w:t>
      </w:r>
      <w:r w:rsidRPr="0057409D">
        <w:t>,</w:t>
      </w:r>
      <w:r w:rsidRPr="00AB30E2">
        <w:t xml:space="preserve"> por doença ou lesão preexistente conforme regulamento.</w:t>
      </w:r>
    </w:p>
    <w:p w14:paraId="567CBCA7" w14:textId="39B37921" w:rsidR="00C07598" w:rsidRPr="00AB30E2" w:rsidRDefault="00E8614B" w:rsidP="00AB30E2">
      <w:pPr>
        <w:spacing w:after="40"/>
        <w:jc w:val="both"/>
      </w:pPr>
      <w:r w:rsidRPr="00AB30E2">
        <w:rPr>
          <w:b/>
        </w:rPr>
        <w:t xml:space="preserve">§ 1º </w:t>
      </w:r>
      <w:r w:rsidRPr="0057409D">
        <w:rPr>
          <w:b/>
        </w:rPr>
        <w:t>-</w:t>
      </w:r>
      <w:r w:rsidRPr="00AB30E2">
        <w:rPr>
          <w:b/>
        </w:rPr>
        <w:t xml:space="preserve"> </w:t>
      </w:r>
      <w:r w:rsidRPr="00AB30E2">
        <w:t>Os filhos(as</w:t>
      </w:r>
      <w:r w:rsidRPr="0057409D">
        <w:t>),</w:t>
      </w:r>
      <w:r w:rsidRPr="00AB30E2">
        <w:t xml:space="preserve"> netos</w:t>
      </w:r>
      <w:r w:rsidRPr="0057409D">
        <w:t>(as), bisnetos</w:t>
      </w:r>
      <w:r w:rsidRPr="00AB30E2">
        <w:t>(as) o</w:t>
      </w:r>
      <w:r w:rsidRPr="00AB30E2">
        <w:t xml:space="preserve">u equiparados(as) que tenham sido inscritos por preencherem, no momento da adesão, as condições de elegibilidade acima serão mantidos no plano enquanto não forem excluídos pelo titular, independentemente </w:t>
      </w:r>
      <w:r w:rsidRPr="0057409D">
        <w:t>de</w:t>
      </w:r>
      <w:r w:rsidRPr="00AB30E2">
        <w:t xml:space="preserve"> posterior alteração de sua idade.</w:t>
      </w:r>
    </w:p>
    <w:p w14:paraId="0A5E3ECB" w14:textId="353AA721" w:rsidR="00C07598" w:rsidRPr="00AB30E2" w:rsidRDefault="00E8614B" w:rsidP="00AB30E2">
      <w:pPr>
        <w:spacing w:after="40"/>
        <w:jc w:val="both"/>
      </w:pPr>
      <w:r w:rsidRPr="00AB30E2">
        <w:rPr>
          <w:b/>
        </w:rPr>
        <w:t xml:space="preserve">§ 2º - </w:t>
      </w:r>
      <w:r w:rsidRPr="00AB30E2">
        <w:t>O(A) côn</w:t>
      </w:r>
      <w:r w:rsidRPr="00AB30E2">
        <w:t>juge ou companheiro(a) será excluído</w:t>
      </w:r>
      <w:r w:rsidRPr="0057409D">
        <w:t>(a),</w:t>
      </w:r>
      <w:r w:rsidRPr="00AB30E2">
        <w:t xml:space="preserve"> juntamente com os respectivos enteados(as), quando houver rompimento do vínculo matrimonial ou da união estável.</w:t>
      </w:r>
    </w:p>
    <w:p w14:paraId="5C9BA957" w14:textId="77777777" w:rsidR="00C07598" w:rsidRPr="0057409D" w:rsidRDefault="00E8614B" w:rsidP="00AB30E2">
      <w:pPr>
        <w:spacing w:before="120"/>
        <w:jc w:val="center"/>
      </w:pPr>
      <w:r w:rsidRPr="00AB30E2">
        <w:rPr>
          <w:b/>
          <w:sz w:val="24"/>
        </w:rPr>
        <w:t>SEÇÃO II</w:t>
      </w:r>
    </w:p>
    <w:p w14:paraId="5ABC6644" w14:textId="77777777" w:rsidR="00C07598" w:rsidRPr="0057409D" w:rsidRDefault="00E8614B" w:rsidP="00AB30E2">
      <w:pPr>
        <w:spacing w:before="120"/>
        <w:jc w:val="center"/>
      </w:pPr>
      <w:r w:rsidRPr="00AB30E2">
        <w:rPr>
          <w:b/>
        </w:rPr>
        <w:t>DA ADMISSÃO, DEMISSÃO E READMISSÃO</w:t>
      </w:r>
    </w:p>
    <w:p w14:paraId="08AC1B9E" w14:textId="262A630C" w:rsidR="00C07598" w:rsidRPr="0057409D" w:rsidRDefault="00E8614B" w:rsidP="00AB30E2">
      <w:pPr>
        <w:spacing w:after="40"/>
        <w:jc w:val="both"/>
      </w:pPr>
      <w:r w:rsidRPr="0057409D">
        <w:rPr>
          <w:b/>
        </w:rPr>
        <w:t>Art. 10º -</w:t>
      </w:r>
      <w:r w:rsidRPr="00AB30E2">
        <w:rPr>
          <w:b/>
        </w:rPr>
        <w:t xml:space="preserve"> </w:t>
      </w:r>
      <w:r w:rsidRPr="0057409D">
        <w:t>Para sua filiação, juntamente com os demais ben</w:t>
      </w:r>
      <w:r w:rsidRPr="0057409D">
        <w:t>eficiários, deverá o associado apresentar os documentos previstos no Regimento Interno e demais regulamentos.</w:t>
      </w:r>
    </w:p>
    <w:p w14:paraId="4DAC38DD" w14:textId="0BED051A" w:rsidR="00C07598" w:rsidRPr="0057409D" w:rsidRDefault="00E8614B" w:rsidP="00AB30E2">
      <w:pPr>
        <w:spacing w:after="40"/>
        <w:jc w:val="both"/>
      </w:pPr>
      <w:r w:rsidRPr="0057409D">
        <w:rPr>
          <w:b/>
        </w:rPr>
        <w:t xml:space="preserve">§ 1º - </w:t>
      </w:r>
      <w:r w:rsidRPr="0057409D">
        <w:t xml:space="preserve">A avaliação sobre a conveniência e aprovação da admissão caberá ao </w:t>
      </w:r>
      <w:r w:rsidRPr="007A1B37">
        <w:t>Conselho de Administração</w:t>
      </w:r>
      <w:r w:rsidRPr="0057409D">
        <w:t>, que poderá delegar a análise operacional ao P</w:t>
      </w:r>
      <w:r w:rsidRPr="0057409D">
        <w:t>residente, o qual deverá indeferir o pedido em relação àqueles associados que tiverem incorrido em inadimplemento das obrigações perante a Associação ou que não demonstrarem afinidade com os propósitos da entidade.</w:t>
      </w:r>
    </w:p>
    <w:p w14:paraId="630E6687" w14:textId="5FD76FBF" w:rsidR="00C07598" w:rsidRPr="007A1B37" w:rsidRDefault="00E8614B" w:rsidP="00AB30E2">
      <w:pPr>
        <w:spacing w:after="40"/>
        <w:jc w:val="both"/>
      </w:pPr>
      <w:r w:rsidRPr="00AB30E2">
        <w:rPr>
          <w:b/>
        </w:rPr>
        <w:t xml:space="preserve">§ 2º - </w:t>
      </w:r>
      <w:r w:rsidRPr="00AB30E2">
        <w:t>A adesão aos planos de saúde opera</w:t>
      </w:r>
      <w:r w:rsidRPr="00AB30E2">
        <w:t xml:space="preserve">dos pela APAS-JAÚ será assegurada apenas aos associados e respectivos beneficiários dependentes, e </w:t>
      </w:r>
      <w:r w:rsidRPr="007A1B37">
        <w:t xml:space="preserve">aos beneficiários vinculados a entidades patrocinadoras, observadas </w:t>
      </w:r>
      <w:r w:rsidRPr="007A1B37">
        <w:lastRenderedPageBreak/>
        <w:t xml:space="preserve">as condições previstas neste Estatuto, no Regimento Interno, nos regulamentos dos planos </w:t>
      </w:r>
      <w:r w:rsidRPr="007A1B37">
        <w:t>e nos respectivos convênios de adesão.</w:t>
      </w:r>
    </w:p>
    <w:p w14:paraId="3A8026A1" w14:textId="55ECA04E" w:rsidR="00C07598" w:rsidRPr="0057409D" w:rsidRDefault="00E8614B" w:rsidP="00AB30E2">
      <w:pPr>
        <w:spacing w:after="40"/>
        <w:jc w:val="both"/>
      </w:pPr>
      <w:r w:rsidRPr="0057409D">
        <w:rPr>
          <w:b/>
        </w:rPr>
        <w:t>Art. 11º -</w:t>
      </w:r>
      <w:r w:rsidRPr="00AB30E2">
        <w:rPr>
          <w:b/>
        </w:rPr>
        <w:t xml:space="preserve"> </w:t>
      </w:r>
      <w:r w:rsidRPr="0057409D">
        <w:t xml:space="preserve">A demissão, em qualquer hipótese, dar-se-á a pedido do associado em carta dirigida ao Presidente, ficando o demissionário obrigado a cumprir as obrigações estatutárias e regimentais, especialmente por meio </w:t>
      </w:r>
      <w:r w:rsidRPr="0057409D">
        <w:t>da quitação de todos os valores porventura devidos à APAS-JAÚ.</w:t>
      </w:r>
    </w:p>
    <w:p w14:paraId="6156C34E" w14:textId="71CEC4B2" w:rsidR="00C07598" w:rsidRPr="0057409D" w:rsidRDefault="00E8614B" w:rsidP="00AB30E2">
      <w:pPr>
        <w:spacing w:after="40"/>
        <w:jc w:val="both"/>
      </w:pPr>
      <w:r w:rsidRPr="0057409D">
        <w:rPr>
          <w:b/>
        </w:rPr>
        <w:t xml:space="preserve">Art. 12º - </w:t>
      </w:r>
      <w:r w:rsidRPr="0057409D">
        <w:t>A readmissão do associado dependerá do preenchimento de todas as condições aqui estabelecidas e da inexistência de situação de inadimplência perante a Associação, sendo certo que a a</w:t>
      </w:r>
      <w:r w:rsidRPr="0057409D">
        <w:t>desão aos benefícios assistenciais oferecidos dependerá do regular cumprimento das rotinas de admissão, inclusive para aplicação de novos prazos de carência e de cobertura parcial temporária, conforme a regulamentação do respectivo plano de saúde.</w:t>
      </w:r>
    </w:p>
    <w:p w14:paraId="588F78DA" w14:textId="77777777" w:rsidR="00C07598" w:rsidRPr="0057409D" w:rsidRDefault="00E8614B" w:rsidP="00AB30E2">
      <w:pPr>
        <w:spacing w:before="120"/>
        <w:jc w:val="center"/>
      </w:pPr>
      <w:r w:rsidRPr="00AB30E2">
        <w:rPr>
          <w:b/>
          <w:sz w:val="24"/>
        </w:rPr>
        <w:t>SEÇÃO II</w:t>
      </w:r>
      <w:r w:rsidRPr="00AB30E2">
        <w:rPr>
          <w:b/>
          <w:sz w:val="24"/>
        </w:rPr>
        <w:t>I</w:t>
      </w:r>
    </w:p>
    <w:p w14:paraId="131C2428" w14:textId="77777777" w:rsidR="00C07598" w:rsidRPr="0057409D" w:rsidRDefault="00E8614B" w:rsidP="00AB30E2">
      <w:pPr>
        <w:spacing w:before="120"/>
        <w:jc w:val="center"/>
      </w:pPr>
      <w:r w:rsidRPr="00AB30E2">
        <w:rPr>
          <w:b/>
        </w:rPr>
        <w:t>DOS DIREITOS E DEVERES</w:t>
      </w:r>
    </w:p>
    <w:p w14:paraId="39A3C7A8" w14:textId="245CE43D" w:rsidR="00C07598" w:rsidRPr="0057409D" w:rsidRDefault="00E8614B" w:rsidP="00AB30E2">
      <w:pPr>
        <w:spacing w:after="40"/>
        <w:jc w:val="both"/>
      </w:pPr>
      <w:r w:rsidRPr="0057409D">
        <w:rPr>
          <w:b/>
        </w:rPr>
        <w:t>Art. 13º -</w:t>
      </w:r>
      <w:r w:rsidRPr="00AB30E2">
        <w:rPr>
          <w:b/>
        </w:rPr>
        <w:t xml:space="preserve"> </w:t>
      </w:r>
      <w:r w:rsidRPr="0057409D">
        <w:t>São direitos de todos os associados titulares, obedecidas as demais disposições estatutárias e regimentais:</w:t>
      </w:r>
    </w:p>
    <w:p w14:paraId="5B2F498D" w14:textId="77777777" w:rsidR="00C07598" w:rsidRPr="0057409D" w:rsidRDefault="00E8614B" w:rsidP="00AB30E2">
      <w:pPr>
        <w:spacing w:after="40"/>
        <w:ind w:left="397"/>
        <w:jc w:val="both"/>
      </w:pPr>
      <w:r w:rsidRPr="00AB30E2">
        <w:rPr>
          <w:b/>
        </w:rPr>
        <w:t xml:space="preserve">I - </w:t>
      </w:r>
      <w:r w:rsidRPr="0057409D">
        <w:t>usufruir</w:t>
      </w:r>
      <w:r w:rsidRPr="0057409D">
        <w:t xml:space="preserve"> todas as vantagens e benefícios previstos no Estatuto Social e contratos firmados com a entidade, aderindo aos planos assistenciais instituídos pela APAS-JAÚ;</w:t>
      </w:r>
    </w:p>
    <w:p w14:paraId="4025980A" w14:textId="77777777" w:rsidR="00C07598" w:rsidRPr="00AB30E2" w:rsidRDefault="00E8614B" w:rsidP="00AB30E2">
      <w:pPr>
        <w:spacing w:after="40"/>
        <w:ind w:left="397"/>
        <w:jc w:val="both"/>
      </w:pPr>
      <w:r w:rsidRPr="00AB30E2">
        <w:rPr>
          <w:b/>
        </w:rPr>
        <w:t>I</w:t>
      </w:r>
      <w:r w:rsidRPr="00AB30E2">
        <w:t>I - participar das Assembleias Gerais, discutindo e votando os assuntos nelas tratados;</w:t>
      </w:r>
    </w:p>
    <w:p w14:paraId="7D468E19" w14:textId="1AACD081" w:rsidR="00C07598" w:rsidRPr="00AB30E2" w:rsidRDefault="00E8614B" w:rsidP="00AB30E2">
      <w:pPr>
        <w:spacing w:after="40"/>
        <w:ind w:left="397"/>
        <w:jc w:val="both"/>
      </w:pPr>
      <w:r w:rsidRPr="00AB30E2">
        <w:rPr>
          <w:b/>
        </w:rPr>
        <w:t>I</w:t>
      </w:r>
      <w:r w:rsidRPr="00AB30E2">
        <w:t>II - v</w:t>
      </w:r>
      <w:r w:rsidRPr="00AB30E2">
        <w:t>otar e</w:t>
      </w:r>
      <w:r w:rsidRPr="0057409D">
        <w:t>, observadas as regras de elegibilidade deste Estatuto,</w:t>
      </w:r>
      <w:r w:rsidRPr="00AB30E2">
        <w:t xml:space="preserve"> ser votado para membro </w:t>
      </w:r>
      <w:r w:rsidRPr="0057409D">
        <w:t xml:space="preserve">do </w:t>
      </w:r>
      <w:r w:rsidRPr="007A1B37">
        <w:t>Conselho de Administração</w:t>
      </w:r>
      <w:r w:rsidRPr="00AB30E2">
        <w:t xml:space="preserve"> e do Conselho Fiscal;</w:t>
      </w:r>
    </w:p>
    <w:p w14:paraId="16C64674" w14:textId="77777777" w:rsidR="00C07598" w:rsidRPr="00AB30E2" w:rsidRDefault="00E8614B" w:rsidP="00AB30E2">
      <w:pPr>
        <w:spacing w:after="40"/>
        <w:ind w:left="397"/>
        <w:jc w:val="both"/>
      </w:pPr>
      <w:r w:rsidRPr="00AB30E2">
        <w:rPr>
          <w:b/>
        </w:rPr>
        <w:t>I</w:t>
      </w:r>
      <w:r w:rsidRPr="00AB30E2">
        <w:t>V - frequentar a sede e usufruir os benefícios por ela proporcionados;</w:t>
      </w:r>
    </w:p>
    <w:p w14:paraId="4F897CDF" w14:textId="6F0F290F" w:rsidR="00C07598" w:rsidRPr="00AB30E2" w:rsidRDefault="00E8614B" w:rsidP="00AB30E2">
      <w:pPr>
        <w:spacing w:after="40"/>
        <w:ind w:left="397"/>
        <w:jc w:val="both"/>
      </w:pPr>
      <w:r w:rsidRPr="00AB30E2">
        <w:rPr>
          <w:b/>
        </w:rPr>
        <w:t xml:space="preserve">V - </w:t>
      </w:r>
      <w:r w:rsidRPr="00AB30E2">
        <w:t xml:space="preserve">propor, por escrito, à Assembleia, ao </w:t>
      </w:r>
      <w:r w:rsidRPr="00AB30E2">
        <w:t>Conselho</w:t>
      </w:r>
      <w:r w:rsidRPr="0057409D">
        <w:t xml:space="preserve"> de Administração</w:t>
      </w:r>
      <w:r w:rsidRPr="00AB30E2">
        <w:t xml:space="preserve"> ou aos Departamentos, qualquer medida de interesse da Associação </w:t>
      </w:r>
      <w:r w:rsidRPr="0057409D">
        <w:t>ou</w:t>
      </w:r>
      <w:r w:rsidRPr="00AB30E2">
        <w:t xml:space="preserve"> dos associados;</w:t>
      </w:r>
    </w:p>
    <w:p w14:paraId="688861B5" w14:textId="77777777" w:rsidR="00C07598" w:rsidRPr="00AB30E2" w:rsidRDefault="00E8614B" w:rsidP="00AB30E2">
      <w:pPr>
        <w:spacing w:after="40"/>
        <w:ind w:left="397"/>
        <w:jc w:val="both"/>
      </w:pPr>
      <w:r w:rsidRPr="00AB30E2">
        <w:rPr>
          <w:b/>
        </w:rPr>
        <w:t>V</w:t>
      </w:r>
      <w:r w:rsidRPr="00AB30E2">
        <w:t>I - requerer a convocação de Assembleia Geral Extraordinária, atendidas as exigências estatutárias;</w:t>
      </w:r>
    </w:p>
    <w:p w14:paraId="53194FC5" w14:textId="1F474141" w:rsidR="00C07598" w:rsidRPr="00AB30E2" w:rsidRDefault="00E8614B" w:rsidP="00AB30E2">
      <w:pPr>
        <w:spacing w:after="40"/>
        <w:ind w:left="397"/>
        <w:jc w:val="both"/>
      </w:pPr>
      <w:r w:rsidRPr="00AB30E2">
        <w:rPr>
          <w:b/>
        </w:rPr>
        <w:t>V</w:t>
      </w:r>
      <w:r w:rsidRPr="00AB30E2">
        <w:t xml:space="preserve">II - comunicar à Assembleia Geral as faltas </w:t>
      </w:r>
      <w:r w:rsidRPr="00AB30E2">
        <w:t>ou irregularidades cometidas por associados, beneficiários ou funcionários, bem como denunciar as deficiências decorrentes de convênios ou contratos;</w:t>
      </w:r>
    </w:p>
    <w:p w14:paraId="0D160B71" w14:textId="0B9F0C98" w:rsidR="00C07598" w:rsidRPr="00AB30E2" w:rsidRDefault="00E8614B" w:rsidP="00AB30E2">
      <w:pPr>
        <w:spacing w:after="40"/>
        <w:ind w:left="397"/>
        <w:jc w:val="both"/>
      </w:pPr>
      <w:r w:rsidRPr="0057409D">
        <w:rPr>
          <w:b/>
        </w:rPr>
        <w:t>V</w:t>
      </w:r>
      <w:r w:rsidRPr="0057409D">
        <w:t>III</w:t>
      </w:r>
      <w:r w:rsidRPr="00AB30E2">
        <w:t xml:space="preserve"> - solicitar esclarecimentos sobre as atividades da Associação;</w:t>
      </w:r>
    </w:p>
    <w:p w14:paraId="21C19D7C" w14:textId="3BC6521F" w:rsidR="00C07598" w:rsidRPr="00AB30E2" w:rsidRDefault="00E8614B" w:rsidP="00AB30E2">
      <w:pPr>
        <w:spacing w:after="40"/>
        <w:ind w:left="397"/>
        <w:jc w:val="both"/>
      </w:pPr>
      <w:r w:rsidRPr="0057409D">
        <w:rPr>
          <w:b/>
        </w:rPr>
        <w:t>I</w:t>
      </w:r>
      <w:r w:rsidRPr="0057409D">
        <w:t>X</w:t>
      </w:r>
      <w:r w:rsidRPr="00AB30E2">
        <w:t xml:space="preserve"> - demitir-se da associação</w:t>
      </w:r>
      <w:r w:rsidRPr="0057409D">
        <w:t>, observa</w:t>
      </w:r>
      <w:r w:rsidRPr="0057409D">
        <w:t>das</w:t>
      </w:r>
      <w:r w:rsidRPr="00AB30E2">
        <w:t xml:space="preserve"> as normas estatutárias;</w:t>
      </w:r>
    </w:p>
    <w:p w14:paraId="1BC350B3" w14:textId="0DAC1CF8" w:rsidR="00C07598" w:rsidRPr="00AB30E2" w:rsidRDefault="00E8614B" w:rsidP="00AB30E2">
      <w:pPr>
        <w:spacing w:after="40"/>
        <w:ind w:left="397"/>
        <w:jc w:val="both"/>
      </w:pPr>
      <w:r w:rsidRPr="0057409D">
        <w:rPr>
          <w:b/>
        </w:rPr>
        <w:t>X</w:t>
      </w:r>
      <w:r w:rsidRPr="00AB30E2">
        <w:rPr>
          <w:b/>
        </w:rPr>
        <w:t xml:space="preserve"> - </w:t>
      </w:r>
      <w:r w:rsidRPr="00AB30E2">
        <w:t>apresentar recurso contra as penalidades impostas, na forma regulamentada neste Estatuto</w:t>
      </w:r>
      <w:r w:rsidRPr="0057409D">
        <w:t>; e</w:t>
      </w:r>
    </w:p>
    <w:p w14:paraId="2EFBB4C7" w14:textId="77777777" w:rsidR="00C07598" w:rsidRPr="0057409D" w:rsidRDefault="00E8614B">
      <w:pPr>
        <w:spacing w:after="40"/>
        <w:ind w:left="397"/>
        <w:jc w:val="both"/>
      </w:pPr>
      <w:r w:rsidRPr="0057409D">
        <w:rPr>
          <w:b/>
        </w:rPr>
        <w:t>X</w:t>
      </w:r>
      <w:r w:rsidRPr="0057409D">
        <w:t>I - exercer os demais direitos previstos neste Estatuto e no Regimento Interno.</w:t>
      </w:r>
    </w:p>
    <w:p w14:paraId="0952F04B" w14:textId="1EE01410" w:rsidR="00C07598" w:rsidRPr="0057409D" w:rsidRDefault="00E8614B" w:rsidP="00AB30E2">
      <w:pPr>
        <w:spacing w:after="40"/>
        <w:jc w:val="both"/>
      </w:pPr>
      <w:r w:rsidRPr="0057409D">
        <w:rPr>
          <w:b/>
        </w:rPr>
        <w:t>Art. 14º -</w:t>
      </w:r>
      <w:r w:rsidRPr="00AB30E2">
        <w:rPr>
          <w:b/>
        </w:rPr>
        <w:t xml:space="preserve"> </w:t>
      </w:r>
      <w:r w:rsidRPr="0057409D">
        <w:t>São deveres dos associados:</w:t>
      </w:r>
    </w:p>
    <w:p w14:paraId="4DD910FD" w14:textId="011957D8" w:rsidR="00C07598" w:rsidRPr="0057409D" w:rsidRDefault="00E8614B" w:rsidP="00AB30E2">
      <w:pPr>
        <w:spacing w:after="40"/>
        <w:ind w:left="397"/>
        <w:jc w:val="both"/>
      </w:pPr>
      <w:r w:rsidRPr="00AB30E2">
        <w:rPr>
          <w:b/>
        </w:rPr>
        <w:t xml:space="preserve">I - </w:t>
      </w:r>
      <w:r w:rsidRPr="0057409D">
        <w:t>acatar a</w:t>
      </w:r>
      <w:r w:rsidRPr="0057409D">
        <w:t xml:space="preserve">s decisões da Assembleia Geral, do </w:t>
      </w:r>
      <w:r w:rsidRPr="007A1B37">
        <w:t>Conselho de Administração</w:t>
      </w:r>
      <w:r w:rsidRPr="0057409D">
        <w:t xml:space="preserve"> e do Conselho Fiscal, e atender às disposições do Estatuto Social, do Regimento Interno e dos demais regulamentos expedidos pelos órgãos sociais;</w:t>
      </w:r>
    </w:p>
    <w:p w14:paraId="1B6D860A" w14:textId="24F4A013" w:rsidR="00C07598" w:rsidRPr="00AB30E2" w:rsidRDefault="00E8614B" w:rsidP="00AB30E2">
      <w:pPr>
        <w:spacing w:after="40"/>
        <w:ind w:left="397"/>
        <w:jc w:val="both"/>
      </w:pPr>
      <w:r w:rsidRPr="00AB30E2">
        <w:rPr>
          <w:b/>
        </w:rPr>
        <w:t>I</w:t>
      </w:r>
      <w:r w:rsidRPr="00AB30E2">
        <w:t>I - exigir de seus beneficiários estrita observâ</w:t>
      </w:r>
      <w:r w:rsidRPr="00AB30E2">
        <w:t xml:space="preserve">ncia ao disposto </w:t>
      </w:r>
      <w:r w:rsidRPr="0057409D">
        <w:t>neste Estatuto</w:t>
      </w:r>
      <w:r w:rsidRPr="00AB30E2">
        <w:t>;</w:t>
      </w:r>
    </w:p>
    <w:p w14:paraId="53BBF616" w14:textId="3E8F61D5" w:rsidR="00C07598" w:rsidRPr="00AB30E2" w:rsidRDefault="00E8614B" w:rsidP="00AB30E2">
      <w:pPr>
        <w:spacing w:after="40"/>
        <w:ind w:left="397"/>
        <w:jc w:val="both"/>
      </w:pPr>
      <w:r w:rsidRPr="00AB30E2">
        <w:rPr>
          <w:b/>
        </w:rPr>
        <w:t>I</w:t>
      </w:r>
      <w:r w:rsidRPr="00AB30E2">
        <w:t>II - pagar todas as contribuições e contraprestações, fixas ou variáveis, devidas à APAS-JAÚ ou</w:t>
      </w:r>
      <w:r w:rsidRPr="0057409D">
        <w:t xml:space="preserve"> a</w:t>
      </w:r>
      <w:r w:rsidRPr="00AB30E2">
        <w:t xml:space="preserve"> terceiros contratados em seu nome, dentro do prazo regulamentar e com os encargos porventura incidentes, de acordo com o pre</w:t>
      </w:r>
      <w:r w:rsidRPr="00AB30E2">
        <w:t>visto neste Estatuto, no Regimento Interno, no Regulamento do Plano e nos demais instrumentos contratuais firmados para cumprimento dos objetivos assistenciais;</w:t>
      </w:r>
    </w:p>
    <w:p w14:paraId="6CDC9CA1" w14:textId="77777777" w:rsidR="00C07598" w:rsidRPr="0057409D" w:rsidRDefault="00E8614B" w:rsidP="00AB30E2">
      <w:pPr>
        <w:spacing w:after="40"/>
        <w:ind w:left="397"/>
        <w:jc w:val="both"/>
      </w:pPr>
      <w:r w:rsidRPr="00AB30E2">
        <w:rPr>
          <w:b/>
        </w:rPr>
        <w:t>I</w:t>
      </w:r>
      <w:r w:rsidRPr="0057409D">
        <w:t>V - informar e manter atualizados todos os dados cadastrais dos beneficiários, fornecendo a do</w:t>
      </w:r>
      <w:r w:rsidRPr="0057409D">
        <w:t>cumentação comprobatória;</w:t>
      </w:r>
    </w:p>
    <w:p w14:paraId="6671C93E" w14:textId="1DA8EE37" w:rsidR="00C07598" w:rsidRPr="00AB30E2" w:rsidRDefault="00E8614B" w:rsidP="00AB30E2">
      <w:pPr>
        <w:spacing w:after="40"/>
        <w:ind w:left="397"/>
        <w:jc w:val="both"/>
      </w:pPr>
      <w:r w:rsidRPr="00AB30E2">
        <w:rPr>
          <w:b/>
        </w:rPr>
        <w:t xml:space="preserve">V - </w:t>
      </w:r>
      <w:r w:rsidRPr="00AB30E2">
        <w:t xml:space="preserve">indenizar danos ou prejuízos causados à Associação por si ou seus beneficiários dependentes, ainda que </w:t>
      </w:r>
      <w:r w:rsidRPr="0057409D">
        <w:t>involuntariamente</w:t>
      </w:r>
      <w:r w:rsidRPr="00AB30E2">
        <w:t>;</w:t>
      </w:r>
    </w:p>
    <w:p w14:paraId="364239FF" w14:textId="2282320A" w:rsidR="00C07598" w:rsidRPr="00AB30E2" w:rsidRDefault="00E8614B" w:rsidP="00AB30E2">
      <w:pPr>
        <w:spacing w:after="40"/>
        <w:ind w:left="397"/>
        <w:jc w:val="both"/>
      </w:pPr>
      <w:r w:rsidRPr="00AB30E2">
        <w:rPr>
          <w:b/>
        </w:rPr>
        <w:t>V</w:t>
      </w:r>
      <w:r w:rsidRPr="00AB30E2">
        <w:t>I - submeter-se às punições de que pendam recursos sem efeito suspensivo ou àquelas impostas em caráter</w:t>
      </w:r>
      <w:r w:rsidRPr="00AB30E2">
        <w:t xml:space="preserve"> definitivo, e fazer com que os beneficiários punidos  igualmente se sujeitem;</w:t>
      </w:r>
      <w:r w:rsidRPr="0057409D">
        <w:t xml:space="preserve"> e</w:t>
      </w:r>
    </w:p>
    <w:p w14:paraId="25B7C9C0" w14:textId="77777777" w:rsidR="00C07598" w:rsidRPr="00AB30E2" w:rsidRDefault="00E8614B" w:rsidP="00AB30E2">
      <w:pPr>
        <w:spacing w:after="40"/>
        <w:ind w:left="397"/>
        <w:jc w:val="both"/>
      </w:pPr>
      <w:r w:rsidRPr="00AB30E2">
        <w:rPr>
          <w:b/>
        </w:rPr>
        <w:t>V</w:t>
      </w:r>
      <w:r w:rsidRPr="00AB30E2">
        <w:t>II - manter atualizado o endereço onde receberá correspondência, mediante comunicação escrita à Associação.</w:t>
      </w:r>
    </w:p>
    <w:p w14:paraId="16C383A0" w14:textId="77777777" w:rsidR="00C07598" w:rsidRPr="0057409D" w:rsidRDefault="00E8614B">
      <w:pPr>
        <w:spacing w:before="120"/>
        <w:jc w:val="center"/>
      </w:pPr>
      <w:r w:rsidRPr="0057409D">
        <w:rPr>
          <w:b/>
          <w:sz w:val="24"/>
        </w:rPr>
        <w:lastRenderedPageBreak/>
        <w:t>SEÇÃO IV</w:t>
      </w:r>
    </w:p>
    <w:p w14:paraId="659D3F6E" w14:textId="77777777" w:rsidR="00C07598" w:rsidRPr="0057409D" w:rsidRDefault="00E8614B">
      <w:pPr>
        <w:spacing w:before="120"/>
        <w:jc w:val="center"/>
      </w:pPr>
      <w:r w:rsidRPr="0057409D">
        <w:rPr>
          <w:b/>
        </w:rPr>
        <w:t>DAS ENTIDADES PATROCINADORAS E DOS CONVÊNIOS DE ADESÃO</w:t>
      </w:r>
    </w:p>
    <w:p w14:paraId="5C97428A" w14:textId="519FE1DA" w:rsidR="00C07598" w:rsidRPr="007A1B37" w:rsidRDefault="00E8614B">
      <w:pPr>
        <w:spacing w:after="40"/>
        <w:jc w:val="both"/>
        <w:rPr>
          <w:rFonts w:cs="Times New Roman"/>
          <w:bCs/>
          <w:sz w:val="20"/>
          <w:szCs w:val="20"/>
          <w:lang w:eastAsia="pt-BR"/>
        </w:rPr>
      </w:pPr>
      <w:r w:rsidRPr="00DC3498">
        <w:rPr>
          <w:b/>
        </w:rPr>
        <w:t xml:space="preserve">Art. 15º - </w:t>
      </w:r>
      <w:r w:rsidRPr="007A1B37">
        <w:rPr>
          <w:bCs/>
        </w:rPr>
        <w:t>A APAS-JAÚ poderá celebrar convênios de adesão com entidades patrocinadoras, públicas ou privadas, cujos integrantes, desde que enquadrados nas categorias de elegibilidade admitidas pela regulamentação da ANS</w:t>
      </w:r>
      <w:r w:rsidR="00DC3498" w:rsidRPr="007A1B37">
        <w:rPr>
          <w:bCs/>
        </w:rPr>
        <w:t xml:space="preserve"> e previstas neste Estatuto</w:t>
      </w:r>
      <w:r w:rsidRPr="007A1B37">
        <w:rPr>
          <w:bCs/>
        </w:rPr>
        <w:t xml:space="preserve">, poderão </w:t>
      </w:r>
      <w:r w:rsidRPr="007A1B37">
        <w:rPr>
          <w:bCs/>
        </w:rPr>
        <w:t>ter acesso aos planos de saúde por ela operados na qualidade de beneficiários titulares não associados.</w:t>
      </w:r>
    </w:p>
    <w:p w14:paraId="31E09155" w14:textId="2CA7895B" w:rsidR="00C07598" w:rsidRPr="007A1B37" w:rsidRDefault="00E8614B">
      <w:pPr>
        <w:spacing w:after="40"/>
        <w:jc w:val="both"/>
        <w:rPr>
          <w:bCs/>
        </w:rPr>
      </w:pPr>
      <w:r w:rsidRPr="00DC3498">
        <w:rPr>
          <w:b/>
        </w:rPr>
        <w:t xml:space="preserve">§ 1º - </w:t>
      </w:r>
      <w:r w:rsidRPr="007A1B37">
        <w:rPr>
          <w:bCs/>
        </w:rPr>
        <w:t>Para fins deste Estatuto, considera-se patrocinador a pessoa jurídica pública ou privada que mantenha vínculo com os beneficiários elegíveis e co</w:t>
      </w:r>
      <w:r w:rsidRPr="007A1B37">
        <w:rPr>
          <w:bCs/>
        </w:rPr>
        <w:t>labore para o custeio do plano de saúde operado pela APAS-JAÚ.</w:t>
      </w:r>
    </w:p>
    <w:p w14:paraId="0F34449F" w14:textId="77777777" w:rsidR="00C07598" w:rsidRPr="00DC3498" w:rsidRDefault="00E8614B">
      <w:pPr>
        <w:spacing w:after="40"/>
        <w:jc w:val="both"/>
        <w:rPr>
          <w:b/>
        </w:rPr>
      </w:pPr>
      <w:r w:rsidRPr="00DC3498">
        <w:rPr>
          <w:b/>
        </w:rPr>
        <w:t xml:space="preserve">§ 2º - </w:t>
      </w:r>
      <w:r w:rsidRPr="007A1B37">
        <w:rPr>
          <w:bCs/>
        </w:rPr>
        <w:t>A celebração do convênio de adesão não importará incorporação orgânica da entidade patrocinadora à APAS-JAÚ.</w:t>
      </w:r>
    </w:p>
    <w:p w14:paraId="633939F6" w14:textId="77777777" w:rsidR="00C07598" w:rsidRPr="007A1B37" w:rsidRDefault="00E8614B">
      <w:pPr>
        <w:spacing w:after="40"/>
        <w:jc w:val="both"/>
        <w:rPr>
          <w:bCs/>
        </w:rPr>
      </w:pPr>
      <w:r w:rsidRPr="00DC3498">
        <w:rPr>
          <w:b/>
        </w:rPr>
        <w:t xml:space="preserve">§ 3º - </w:t>
      </w:r>
      <w:r w:rsidRPr="007A1B37">
        <w:rPr>
          <w:bCs/>
        </w:rPr>
        <w:t>Os beneficiários vinculados a patrocinadores não adquirem, por esse só</w:t>
      </w:r>
      <w:r w:rsidRPr="007A1B37">
        <w:rPr>
          <w:bCs/>
        </w:rPr>
        <w:t xml:space="preserve"> fato, a condição de associados da APAS-JAÚ, não lhes sendo aplicáveis os direitos e deveres exclusivamente associativos, sem prejuízo dos direitos assistenciais, contratuais e de participação na governança assegurados pela regulamentação da ANS e por este</w:t>
      </w:r>
      <w:r w:rsidRPr="007A1B37">
        <w:rPr>
          <w:bCs/>
        </w:rPr>
        <w:t xml:space="preserve"> Estatuto.</w:t>
      </w:r>
    </w:p>
    <w:p w14:paraId="25718708" w14:textId="77777777" w:rsidR="00C07598" w:rsidRPr="007A1B37" w:rsidRDefault="00E8614B">
      <w:pPr>
        <w:spacing w:after="40"/>
        <w:jc w:val="both"/>
        <w:rPr>
          <w:bCs/>
        </w:rPr>
      </w:pPr>
      <w:r w:rsidRPr="00DC3498">
        <w:rPr>
          <w:b/>
        </w:rPr>
        <w:t xml:space="preserve">§ 4º - </w:t>
      </w:r>
      <w:r w:rsidRPr="007A1B37">
        <w:rPr>
          <w:bCs/>
        </w:rPr>
        <w:t>As condições de ingresso, permanência, custeio, exclusão, cobertura e demais direitos e obrigações dos beneficiários vinculados a patrocinadores serão definidas nos respectivos convênios de adesão e regulamentos dos planos, observada a re</w:t>
      </w:r>
      <w:r w:rsidRPr="007A1B37">
        <w:rPr>
          <w:bCs/>
        </w:rPr>
        <w:t>gulamentação da ANS.</w:t>
      </w:r>
    </w:p>
    <w:p w14:paraId="0F5610A1" w14:textId="53BA4B6C" w:rsidR="00C07598" w:rsidRPr="007A1B37" w:rsidRDefault="00E8614B">
      <w:pPr>
        <w:spacing w:after="40"/>
        <w:jc w:val="both"/>
        <w:rPr>
          <w:rFonts w:cs="Times New Roman"/>
          <w:bCs/>
          <w:sz w:val="20"/>
          <w:szCs w:val="20"/>
          <w:lang w:eastAsia="pt-BR"/>
        </w:rPr>
      </w:pPr>
      <w:r w:rsidRPr="00DC3498">
        <w:rPr>
          <w:b/>
        </w:rPr>
        <w:t xml:space="preserve">Art. 16º - </w:t>
      </w:r>
      <w:r w:rsidRPr="007A1B37">
        <w:rPr>
          <w:bCs/>
        </w:rPr>
        <w:t>Os beneficiários titulares que contribuam para o custeio do plano, bem como os representantes indicados pelos patrocinadores, serão elegíveis para compor o Conselho de Administração e as demais instâncias deliberativas, fisc</w:t>
      </w:r>
      <w:r w:rsidRPr="007A1B37">
        <w:rPr>
          <w:bCs/>
        </w:rPr>
        <w:t>alizadoras ou consultivas da APAS-JAÚ, quando existentes, observados os requisitos e o processo eleitoral estabelecidos neste Estatuto.</w:t>
      </w:r>
    </w:p>
    <w:p w14:paraId="73C8B857" w14:textId="7902E923" w:rsidR="00C07598" w:rsidRPr="007A1B37" w:rsidRDefault="00E8614B">
      <w:pPr>
        <w:spacing w:after="40"/>
        <w:jc w:val="both"/>
        <w:rPr>
          <w:bCs/>
        </w:rPr>
      </w:pPr>
      <w:r w:rsidRPr="00DC3498">
        <w:rPr>
          <w:b/>
        </w:rPr>
        <w:t xml:space="preserve">§ 1º - </w:t>
      </w:r>
      <w:r w:rsidRPr="007A1B37">
        <w:rPr>
          <w:bCs/>
        </w:rPr>
        <w:t xml:space="preserve">Cada patrocinador poderá indicar um representante para </w:t>
      </w:r>
      <w:r w:rsidR="007A1B37">
        <w:rPr>
          <w:bCs/>
        </w:rPr>
        <w:t xml:space="preserve">participara das eleições </w:t>
      </w:r>
      <w:r w:rsidRPr="007A1B37">
        <w:rPr>
          <w:bCs/>
        </w:rPr>
        <w:t>às vagas do Conselho de Administr</w:t>
      </w:r>
      <w:r w:rsidRPr="007A1B37">
        <w:rPr>
          <w:bCs/>
        </w:rPr>
        <w:t>ação, mediante formalização no convênio de adesão ou em documento a ele vinculado, com antecedência mínima de 30 (trinta) dias da eleição.</w:t>
      </w:r>
    </w:p>
    <w:p w14:paraId="7654E939" w14:textId="77777777" w:rsidR="00C07598" w:rsidRPr="007A1B37" w:rsidRDefault="00E8614B">
      <w:pPr>
        <w:spacing w:after="40"/>
        <w:jc w:val="both"/>
        <w:rPr>
          <w:bCs/>
        </w:rPr>
      </w:pPr>
      <w:r w:rsidRPr="00DC3498">
        <w:rPr>
          <w:b/>
        </w:rPr>
        <w:t xml:space="preserve">§ 2º - </w:t>
      </w:r>
      <w:r w:rsidRPr="007A1B37">
        <w:rPr>
          <w:bCs/>
        </w:rPr>
        <w:t>A condição de beneficiário titular não associado ou de representante de patrocinador não confere direito geral</w:t>
      </w:r>
      <w:r w:rsidRPr="007A1B37">
        <w:rPr>
          <w:bCs/>
        </w:rPr>
        <w:t xml:space="preserve"> de voto nas Assembleias Gerais, reservado aos associados, salvo quando a pessoa indicada também ostentar a condição de associado.</w:t>
      </w:r>
    </w:p>
    <w:p w14:paraId="32842738" w14:textId="77777777" w:rsidR="00C07598" w:rsidRPr="007A1B37" w:rsidRDefault="00E8614B">
      <w:pPr>
        <w:spacing w:after="40"/>
        <w:jc w:val="both"/>
        <w:rPr>
          <w:bCs/>
        </w:rPr>
      </w:pPr>
      <w:r w:rsidRPr="00DC3498">
        <w:rPr>
          <w:b/>
        </w:rPr>
        <w:t xml:space="preserve">§ 3º - </w:t>
      </w:r>
      <w:r w:rsidRPr="007A1B37">
        <w:rPr>
          <w:bCs/>
        </w:rPr>
        <w:t>A eleição ou designação para órgão estatutário não atribui ao beneficiário titular não associado ou ao representante d</w:t>
      </w:r>
      <w:r w:rsidRPr="007A1B37">
        <w:rPr>
          <w:bCs/>
        </w:rPr>
        <w:t>e patrocinador a condição de associado da APAS-JAÚ.</w:t>
      </w:r>
    </w:p>
    <w:p w14:paraId="12E15E65" w14:textId="4242A00F" w:rsidR="00C07598" w:rsidRPr="007A1B37" w:rsidRDefault="00E8614B">
      <w:pPr>
        <w:spacing w:after="40"/>
        <w:jc w:val="both"/>
        <w:rPr>
          <w:rFonts w:cs="Times New Roman"/>
          <w:bCs/>
          <w:sz w:val="20"/>
          <w:szCs w:val="20"/>
          <w:lang w:eastAsia="pt-BR"/>
        </w:rPr>
      </w:pPr>
      <w:r w:rsidRPr="00DC3498">
        <w:rPr>
          <w:b/>
        </w:rPr>
        <w:t xml:space="preserve">Art. 17º - </w:t>
      </w:r>
      <w:r w:rsidRPr="007A1B37">
        <w:rPr>
          <w:bCs/>
        </w:rPr>
        <w:t>A celebração, alteração e extinção de convênios de adesão com patrocinadores serão deliberadas pelo Conselho de Administração</w:t>
      </w:r>
      <w:r w:rsidR="0057409D" w:rsidRPr="007A1B37">
        <w:rPr>
          <w:bCs/>
        </w:rPr>
        <w:t xml:space="preserve"> e submetidas obrigatoriamente à aprovação da Assembleia Geral, que poderá ser especialmente convocada para essa finalidade</w:t>
      </w:r>
      <w:r w:rsidRPr="007A1B37">
        <w:rPr>
          <w:bCs/>
        </w:rPr>
        <w:t>.</w:t>
      </w:r>
    </w:p>
    <w:p w14:paraId="514249AB" w14:textId="77777777" w:rsidR="0057409D" w:rsidRPr="007A1B37" w:rsidRDefault="0057409D">
      <w:pPr>
        <w:spacing w:after="40"/>
        <w:jc w:val="both"/>
        <w:rPr>
          <w:bCs/>
        </w:rPr>
      </w:pPr>
      <w:r w:rsidRPr="00DC3498">
        <w:rPr>
          <w:b/>
        </w:rPr>
        <w:t xml:space="preserve">§ 1º. </w:t>
      </w:r>
      <w:r w:rsidRPr="007A1B37">
        <w:rPr>
          <w:bCs/>
        </w:rPr>
        <w:t>A deliberação do Conselho de Administração somente produzirá efeitos após sua aprovação pela Assembleia Geral, ressalvadas as medidas urgentes e provisórias necessárias à preservação dos interesses da APAS-JAÚ e de seus beneficiários</w:t>
      </w:r>
    </w:p>
    <w:p w14:paraId="6AEF145E" w14:textId="570D1895" w:rsidR="00C07598" w:rsidRPr="007A1B37" w:rsidRDefault="00E8614B">
      <w:pPr>
        <w:spacing w:after="40"/>
        <w:jc w:val="both"/>
        <w:rPr>
          <w:bCs/>
        </w:rPr>
      </w:pPr>
      <w:r w:rsidRPr="00DC3498">
        <w:rPr>
          <w:b/>
        </w:rPr>
        <w:t xml:space="preserve">§ </w:t>
      </w:r>
      <w:r w:rsidR="0057409D" w:rsidRPr="00DC3498">
        <w:rPr>
          <w:b/>
        </w:rPr>
        <w:t>2</w:t>
      </w:r>
      <w:r w:rsidRPr="00DC3498">
        <w:rPr>
          <w:b/>
        </w:rPr>
        <w:t xml:space="preserve">º - </w:t>
      </w:r>
      <w:r w:rsidRPr="007A1B37">
        <w:rPr>
          <w:bCs/>
        </w:rPr>
        <w:t>O convênio de adesão deverá observar os requisitos estabelecidos pela regulamentação da ANS, especialmente quanto à participação financeira das partes, aos grupos de beneficiários elegíveis, às condições de i</w:t>
      </w:r>
      <w:r w:rsidRPr="007A1B37">
        <w:rPr>
          <w:bCs/>
        </w:rPr>
        <w:t>ngresso e exclusão, aos mecanismos de regulação e aos prazos de notificação em caso de extinção.</w:t>
      </w:r>
    </w:p>
    <w:p w14:paraId="70ED4585" w14:textId="58E365F2" w:rsidR="00C07598" w:rsidRPr="007A1B37" w:rsidRDefault="00E8614B">
      <w:pPr>
        <w:spacing w:after="40"/>
        <w:jc w:val="both"/>
        <w:rPr>
          <w:bCs/>
        </w:rPr>
      </w:pPr>
      <w:r w:rsidRPr="00DC3498">
        <w:rPr>
          <w:b/>
        </w:rPr>
        <w:t xml:space="preserve">§ </w:t>
      </w:r>
      <w:r w:rsidR="0057409D" w:rsidRPr="00DC3498">
        <w:rPr>
          <w:b/>
        </w:rPr>
        <w:t>3</w:t>
      </w:r>
      <w:r w:rsidRPr="00DC3498">
        <w:rPr>
          <w:b/>
        </w:rPr>
        <w:t xml:space="preserve">º - </w:t>
      </w:r>
      <w:r w:rsidRPr="007A1B37">
        <w:rPr>
          <w:bCs/>
        </w:rPr>
        <w:t>O ingresso e a saída de patrocinador deverão ser formalizados em ata do Conselho de Administração e comunicados ou disponibilizados à ANS, na forma regu</w:t>
      </w:r>
      <w:r w:rsidRPr="007A1B37">
        <w:rPr>
          <w:bCs/>
        </w:rPr>
        <w:t>lamentar.</w:t>
      </w:r>
    </w:p>
    <w:p w14:paraId="5990E465" w14:textId="6422EFF7" w:rsidR="00C07598" w:rsidRPr="007A1B37" w:rsidRDefault="00E8614B">
      <w:pPr>
        <w:spacing w:after="40"/>
        <w:jc w:val="both"/>
        <w:rPr>
          <w:bCs/>
        </w:rPr>
      </w:pPr>
      <w:r w:rsidRPr="00DC3498">
        <w:rPr>
          <w:b/>
        </w:rPr>
        <w:t xml:space="preserve">§ </w:t>
      </w:r>
      <w:r w:rsidR="0057409D" w:rsidRPr="00DC3498">
        <w:rPr>
          <w:b/>
        </w:rPr>
        <w:t>4</w:t>
      </w:r>
      <w:r w:rsidRPr="00DC3498">
        <w:rPr>
          <w:b/>
        </w:rPr>
        <w:t xml:space="preserve">º - </w:t>
      </w:r>
      <w:r w:rsidRPr="007A1B37">
        <w:rPr>
          <w:bCs/>
        </w:rPr>
        <w:t>A extinção do convênio de adesão não prejudicará a responsabilidade do patrocinador e dos beneficiários pelas obrigações constituídas durante sua vigência.</w:t>
      </w:r>
    </w:p>
    <w:p w14:paraId="2696D1E2" w14:textId="77777777" w:rsidR="00C07598" w:rsidRPr="0057409D" w:rsidRDefault="00E8614B" w:rsidP="00AB30E2">
      <w:pPr>
        <w:spacing w:before="120"/>
        <w:jc w:val="center"/>
      </w:pPr>
      <w:r w:rsidRPr="00AB30E2">
        <w:rPr>
          <w:b/>
          <w:sz w:val="24"/>
        </w:rPr>
        <w:t>CAPÍTULO III</w:t>
      </w:r>
    </w:p>
    <w:p w14:paraId="02FE80C1" w14:textId="77777777" w:rsidR="00C07598" w:rsidRPr="0057409D" w:rsidRDefault="00E8614B" w:rsidP="00AB30E2">
      <w:pPr>
        <w:spacing w:before="120"/>
        <w:jc w:val="center"/>
      </w:pPr>
      <w:r w:rsidRPr="00AB30E2">
        <w:rPr>
          <w:b/>
        </w:rPr>
        <w:t>DAS PENALIDADES</w:t>
      </w:r>
    </w:p>
    <w:p w14:paraId="789E21AF" w14:textId="11033BC4" w:rsidR="00C07598" w:rsidRPr="00AB30E2" w:rsidRDefault="00E8614B" w:rsidP="00AB30E2">
      <w:pPr>
        <w:spacing w:after="40"/>
        <w:jc w:val="both"/>
      </w:pPr>
      <w:r w:rsidRPr="00AB30E2">
        <w:rPr>
          <w:b/>
        </w:rPr>
        <w:t xml:space="preserve">Art. </w:t>
      </w:r>
      <w:r w:rsidRPr="0057409D">
        <w:rPr>
          <w:b/>
        </w:rPr>
        <w:t>18º -</w:t>
      </w:r>
      <w:r w:rsidRPr="00AB30E2">
        <w:rPr>
          <w:b/>
        </w:rPr>
        <w:t xml:space="preserve"> </w:t>
      </w:r>
      <w:r w:rsidRPr="00AB30E2">
        <w:t>Constituem casos sujeitos a penalidades:</w:t>
      </w:r>
    </w:p>
    <w:p w14:paraId="657F31E8" w14:textId="79F1D05D" w:rsidR="00C07598" w:rsidRPr="00AB30E2" w:rsidRDefault="00E8614B" w:rsidP="00AB30E2">
      <w:pPr>
        <w:spacing w:after="40"/>
        <w:ind w:left="397"/>
        <w:jc w:val="both"/>
      </w:pPr>
      <w:r w:rsidRPr="00AB30E2">
        <w:rPr>
          <w:b/>
        </w:rPr>
        <w:lastRenderedPageBreak/>
        <w:t xml:space="preserve">I - </w:t>
      </w:r>
      <w:r w:rsidRPr="0057409D">
        <w:t>mau</w:t>
      </w:r>
      <w:r w:rsidRPr="00AB30E2">
        <w:t xml:space="preserve"> comportamento do associado em qualquer dependência da APAS-JAÚ ou como seu representante em qualquer local;</w:t>
      </w:r>
    </w:p>
    <w:p w14:paraId="5BAA8173" w14:textId="0AE7D64D" w:rsidR="00C07598" w:rsidRPr="00AB30E2" w:rsidRDefault="00E8614B" w:rsidP="00AB30E2">
      <w:pPr>
        <w:spacing w:after="40"/>
        <w:ind w:left="397"/>
        <w:jc w:val="both"/>
      </w:pPr>
      <w:r w:rsidRPr="00AB30E2">
        <w:rPr>
          <w:b/>
        </w:rPr>
        <w:t>I</w:t>
      </w:r>
      <w:r w:rsidRPr="00AB30E2">
        <w:t xml:space="preserve">I - </w:t>
      </w:r>
      <w:r w:rsidRPr="0057409D">
        <w:t>desrespeito</w:t>
      </w:r>
      <w:r w:rsidRPr="00AB30E2">
        <w:t xml:space="preserve"> aos Diretores</w:t>
      </w:r>
      <w:r w:rsidRPr="0057409D">
        <w:t>,</w:t>
      </w:r>
      <w:r w:rsidRPr="00AB30E2">
        <w:t xml:space="preserve"> Conselheiros, associados ou empregados da APAS-JAÚ;</w:t>
      </w:r>
    </w:p>
    <w:p w14:paraId="3734EF65" w14:textId="7B14EF75" w:rsidR="00C07598" w:rsidRPr="00AB30E2" w:rsidRDefault="00E8614B" w:rsidP="00AB30E2">
      <w:pPr>
        <w:spacing w:after="40"/>
        <w:ind w:left="397"/>
        <w:jc w:val="both"/>
      </w:pPr>
      <w:r w:rsidRPr="00AB30E2">
        <w:rPr>
          <w:b/>
        </w:rPr>
        <w:t>I</w:t>
      </w:r>
      <w:r w:rsidRPr="00AB30E2">
        <w:t xml:space="preserve">II - </w:t>
      </w:r>
      <w:r w:rsidRPr="0057409D">
        <w:t>manifestações ofensivas</w:t>
      </w:r>
      <w:r w:rsidRPr="00AB30E2">
        <w:t>, internas ou externas, pre</w:t>
      </w:r>
      <w:r w:rsidRPr="00AB30E2">
        <w:t>judiciais à reputação da APAS-JAÚ;</w:t>
      </w:r>
    </w:p>
    <w:p w14:paraId="04D0CEA3" w14:textId="6D335124" w:rsidR="00C07598" w:rsidRPr="00AB30E2" w:rsidRDefault="00E8614B" w:rsidP="00AB30E2">
      <w:pPr>
        <w:spacing w:after="40"/>
        <w:ind w:left="397"/>
        <w:jc w:val="both"/>
      </w:pPr>
      <w:r w:rsidRPr="00AB30E2">
        <w:rPr>
          <w:b/>
        </w:rPr>
        <w:t>I</w:t>
      </w:r>
      <w:r w:rsidRPr="00AB30E2">
        <w:t xml:space="preserve">V - </w:t>
      </w:r>
      <w:r w:rsidRPr="0057409D">
        <w:t>condenação</w:t>
      </w:r>
      <w:r w:rsidRPr="00AB30E2">
        <w:t xml:space="preserve"> criminal por crimes infamantes que tenham transitado em julgado; </w:t>
      </w:r>
      <w:r w:rsidRPr="0057409D">
        <w:t>e</w:t>
      </w:r>
    </w:p>
    <w:p w14:paraId="5993E7A1" w14:textId="3589F533" w:rsidR="00C07598" w:rsidRPr="00AB30E2" w:rsidRDefault="00E8614B" w:rsidP="00AB30E2">
      <w:pPr>
        <w:spacing w:after="40"/>
        <w:ind w:left="397"/>
        <w:jc w:val="both"/>
      </w:pPr>
      <w:r w:rsidRPr="00AB30E2">
        <w:rPr>
          <w:b/>
        </w:rPr>
        <w:t xml:space="preserve">V - </w:t>
      </w:r>
      <w:r w:rsidRPr="0057409D">
        <w:t>qualquer</w:t>
      </w:r>
      <w:r w:rsidRPr="00AB30E2">
        <w:t xml:space="preserve"> infração </w:t>
      </w:r>
      <w:r w:rsidRPr="0057409D">
        <w:t>ao</w:t>
      </w:r>
      <w:r w:rsidRPr="00AB30E2">
        <w:t xml:space="preserve"> presente Estatuto, Regimento Interno e demais </w:t>
      </w:r>
      <w:r w:rsidRPr="0057409D">
        <w:t>regulamentos</w:t>
      </w:r>
      <w:r w:rsidRPr="00AB30E2">
        <w:t xml:space="preserve"> da APAS-JAÚ.</w:t>
      </w:r>
    </w:p>
    <w:p w14:paraId="1A29EFF8" w14:textId="2781ECB5" w:rsidR="00C07598" w:rsidRPr="0057409D" w:rsidRDefault="00E8614B" w:rsidP="00AB30E2">
      <w:pPr>
        <w:spacing w:after="40"/>
        <w:jc w:val="both"/>
      </w:pPr>
      <w:r w:rsidRPr="0057409D">
        <w:rPr>
          <w:b/>
        </w:rPr>
        <w:t>Art. 19º -</w:t>
      </w:r>
      <w:r w:rsidRPr="00AB30E2">
        <w:rPr>
          <w:b/>
        </w:rPr>
        <w:t xml:space="preserve"> </w:t>
      </w:r>
      <w:r w:rsidRPr="0057409D">
        <w:t>O atraso no pagamento de qualq</w:t>
      </w:r>
      <w:r w:rsidRPr="0057409D">
        <w:t>uer contribuição, indenização ou contraprestação, fixa ou variável, incluindo coparticipações e outras quantias previstas para custeio de seus benefícios, resultará, independentemente de prévia notificação, na suspensão do associado e de seus respectivos b</w:t>
      </w:r>
      <w:r w:rsidRPr="0057409D">
        <w:t>eneficiários dependentes, caso perdure por mais de 30 (trinta) dias.</w:t>
      </w:r>
    </w:p>
    <w:p w14:paraId="55E7C6D2" w14:textId="3FE66D8A" w:rsidR="00C07598" w:rsidRPr="0057409D" w:rsidRDefault="00E8614B" w:rsidP="00AB30E2">
      <w:pPr>
        <w:spacing w:after="40"/>
        <w:jc w:val="both"/>
      </w:pPr>
      <w:r w:rsidRPr="0057409D">
        <w:rPr>
          <w:b/>
        </w:rPr>
        <w:t xml:space="preserve">Parágrafo único - </w:t>
      </w:r>
      <w:r w:rsidRPr="0057409D">
        <w:t xml:space="preserve">Caso o atraso supere 60 (sessenta) dias, o associado será excluído dos quadros da Associação, juntamente com seus respectivos beneficiários dependentes, desde que tenha </w:t>
      </w:r>
      <w:r w:rsidRPr="0057409D">
        <w:t>sido previamente comunicado, com antecedência mínima de 10 (dez) dias, por qualquer meio hábil, inclusive de forma eletrônica, por mensagem endereçada ao e-mail cadastrado, ou por correspondência</w:t>
      </w:r>
      <w:r w:rsidRPr="00AB30E2">
        <w:t xml:space="preserve"> </w:t>
      </w:r>
      <w:r w:rsidRPr="0057409D">
        <w:t>comprovadamente entregue em seu endereço, ou qualquer pessoa</w:t>
      </w:r>
      <w:r w:rsidRPr="0057409D">
        <w:t xml:space="preserve"> que ali se encontre.</w:t>
      </w:r>
    </w:p>
    <w:p w14:paraId="37C35C4D" w14:textId="76FCFF82" w:rsidR="00C07598" w:rsidRPr="00AB30E2" w:rsidRDefault="00E8614B" w:rsidP="00AB30E2">
      <w:pPr>
        <w:spacing w:after="40"/>
        <w:jc w:val="both"/>
      </w:pPr>
      <w:r w:rsidRPr="00AB30E2">
        <w:rPr>
          <w:b/>
        </w:rPr>
        <w:t xml:space="preserve">Art. </w:t>
      </w:r>
      <w:r w:rsidRPr="0057409D">
        <w:rPr>
          <w:b/>
        </w:rPr>
        <w:t>20º -</w:t>
      </w:r>
      <w:r w:rsidRPr="00AB30E2">
        <w:rPr>
          <w:b/>
        </w:rPr>
        <w:t xml:space="preserve"> </w:t>
      </w:r>
      <w:r w:rsidRPr="00AB30E2">
        <w:t>O associado que infringir as demais disposições deste Estatuto ou do Regimento Interno torna-se passível das seguintes sanções:</w:t>
      </w:r>
    </w:p>
    <w:p w14:paraId="5CB8D308" w14:textId="77777777" w:rsidR="00C07598" w:rsidRPr="0057409D" w:rsidRDefault="00E8614B">
      <w:pPr>
        <w:spacing w:after="40"/>
        <w:ind w:left="397"/>
        <w:jc w:val="both"/>
      </w:pPr>
      <w:r w:rsidRPr="0057409D">
        <w:rPr>
          <w:b/>
        </w:rPr>
        <w:t xml:space="preserve">I - </w:t>
      </w:r>
      <w:r w:rsidRPr="0057409D">
        <w:t>advertência;</w:t>
      </w:r>
    </w:p>
    <w:p w14:paraId="3984CAAD" w14:textId="62E31104" w:rsidR="00C07598" w:rsidRPr="00AB30E2" w:rsidRDefault="00E8614B" w:rsidP="00AB30E2">
      <w:pPr>
        <w:spacing w:after="40"/>
        <w:ind w:left="397"/>
        <w:jc w:val="both"/>
      </w:pPr>
      <w:r w:rsidRPr="00AB30E2">
        <w:rPr>
          <w:b/>
        </w:rPr>
        <w:t>I</w:t>
      </w:r>
      <w:r w:rsidRPr="00AB30E2">
        <w:t>I</w:t>
      </w:r>
      <w:r w:rsidRPr="0057409D">
        <w:t xml:space="preserve"> - eliminação.</w:t>
      </w:r>
    </w:p>
    <w:p w14:paraId="3660107C" w14:textId="313B2097" w:rsidR="00C07598" w:rsidRPr="00AB30E2" w:rsidRDefault="00E8614B" w:rsidP="00AB30E2">
      <w:pPr>
        <w:spacing w:after="40"/>
        <w:jc w:val="both"/>
      </w:pPr>
      <w:r w:rsidRPr="00AB30E2">
        <w:rPr>
          <w:b/>
        </w:rPr>
        <w:t xml:space="preserve">Art. </w:t>
      </w:r>
      <w:r w:rsidRPr="0057409D">
        <w:rPr>
          <w:b/>
        </w:rPr>
        <w:t>21º -</w:t>
      </w:r>
      <w:r w:rsidRPr="00AB30E2">
        <w:rPr>
          <w:b/>
        </w:rPr>
        <w:t xml:space="preserve"> </w:t>
      </w:r>
      <w:r w:rsidRPr="00AB30E2">
        <w:t xml:space="preserve">A pena de advertência é aplicada verbalmente por qualquer </w:t>
      </w:r>
      <w:r w:rsidRPr="0057409D">
        <w:t>membro do Conselho de Administração,</w:t>
      </w:r>
      <w:r w:rsidRPr="00AB30E2">
        <w:t xml:space="preserve"> ou por escrito, </w:t>
      </w:r>
      <w:r w:rsidRPr="0057409D">
        <w:t>pelo Presidente, e</w:t>
      </w:r>
      <w:r w:rsidRPr="00AB30E2">
        <w:t xml:space="preserve"> a pena de eliminação será aplicada </w:t>
      </w:r>
      <w:r w:rsidRPr="0057409D">
        <w:t>pelo Conselho de Administração.</w:t>
      </w:r>
    </w:p>
    <w:p w14:paraId="1E654362" w14:textId="66029510" w:rsidR="00C07598" w:rsidRPr="0057409D" w:rsidRDefault="00E8614B" w:rsidP="00AB30E2">
      <w:pPr>
        <w:spacing w:after="40"/>
        <w:jc w:val="both"/>
      </w:pPr>
      <w:r w:rsidRPr="0057409D">
        <w:rPr>
          <w:b/>
        </w:rPr>
        <w:t>Art. 22º -</w:t>
      </w:r>
      <w:r w:rsidRPr="00AB30E2">
        <w:rPr>
          <w:b/>
        </w:rPr>
        <w:t xml:space="preserve"> </w:t>
      </w:r>
      <w:r w:rsidRPr="0057409D">
        <w:t>Salvo em relação à suspensão e exclusão por inad</w:t>
      </w:r>
      <w:r w:rsidRPr="0057409D">
        <w:t>implência pecuniária, que serão aplicadas de forma automática nas situações de atraso previstas neste Estatuto, a aplicação das demais penalidades dependerá de prévia notificação do associado envolvido para oferecer defesa no prazo de 5 (cinco) dias.</w:t>
      </w:r>
    </w:p>
    <w:p w14:paraId="2DD6D461" w14:textId="60EBD77D" w:rsidR="00C07598" w:rsidRPr="00AB30E2" w:rsidRDefault="00E8614B" w:rsidP="00AB30E2">
      <w:pPr>
        <w:spacing w:after="40"/>
        <w:jc w:val="both"/>
      </w:pPr>
      <w:r w:rsidRPr="00AB30E2">
        <w:rPr>
          <w:b/>
        </w:rPr>
        <w:t>Parág</w:t>
      </w:r>
      <w:r w:rsidRPr="00AB30E2">
        <w:rPr>
          <w:b/>
        </w:rPr>
        <w:t xml:space="preserve">rafo único - </w:t>
      </w:r>
      <w:r w:rsidRPr="00AB30E2">
        <w:t>Da decisão aplicando a penalidade caberá recurso em 5 (cinco) dias para a Assembleia Geral, sem efeito suspensivo.</w:t>
      </w:r>
    </w:p>
    <w:p w14:paraId="259E558C" w14:textId="77777777" w:rsidR="00C07598" w:rsidRPr="00AB30E2" w:rsidRDefault="00E8614B" w:rsidP="00AB30E2">
      <w:pPr>
        <w:spacing w:before="120"/>
        <w:jc w:val="center"/>
      </w:pPr>
      <w:r w:rsidRPr="00AB30E2">
        <w:rPr>
          <w:b/>
          <w:sz w:val="24"/>
        </w:rPr>
        <w:t>CAPÍTULO IV</w:t>
      </w:r>
    </w:p>
    <w:p w14:paraId="46449A33" w14:textId="77777777" w:rsidR="00C07598" w:rsidRPr="0057409D" w:rsidRDefault="00E8614B" w:rsidP="00AB30E2">
      <w:pPr>
        <w:spacing w:before="120"/>
        <w:jc w:val="center"/>
      </w:pPr>
      <w:r w:rsidRPr="00AB30E2">
        <w:rPr>
          <w:b/>
        </w:rPr>
        <w:t>DAS CONTRIBUIÇÕES E CONTRAPRESTAÇÕES</w:t>
      </w:r>
    </w:p>
    <w:p w14:paraId="50DC7529" w14:textId="608BA3C3" w:rsidR="00C07598" w:rsidRPr="0057409D" w:rsidRDefault="00E8614B" w:rsidP="00AB30E2">
      <w:pPr>
        <w:spacing w:after="40"/>
        <w:jc w:val="both"/>
      </w:pPr>
      <w:r w:rsidRPr="0057409D">
        <w:rPr>
          <w:b/>
        </w:rPr>
        <w:t>Art. 23º -</w:t>
      </w:r>
      <w:r w:rsidRPr="00AB30E2">
        <w:rPr>
          <w:b/>
        </w:rPr>
        <w:t xml:space="preserve"> </w:t>
      </w:r>
      <w:r w:rsidRPr="0057409D">
        <w:t>As contraprestações devidas pelos beneficiários para custeio dos ser</w:t>
      </w:r>
      <w:r w:rsidRPr="0057409D">
        <w:t xml:space="preserve">viços assistenciais da APAS-JAÚ serão constituídas de um valor fixo, calculado de acordo com a faixa etária de cada beneficiário participante do plano, e de um valor variável, calculado a partir da aplicação de coparticipações e outros fatores moderadores </w:t>
      </w:r>
      <w:r w:rsidRPr="0057409D">
        <w:t>de utilização dos serviços, tudo conforme o disposto no Regimento Interno e nos Regulamentos dos produtos, cujos valores e condições atuariais previstos na legislação vigente serão registrados na Agência Nacional de Saúde Suplementar - ANS.</w:t>
      </w:r>
    </w:p>
    <w:p w14:paraId="34878F8B" w14:textId="4B66855D" w:rsidR="00C07598" w:rsidRPr="00AB30E2" w:rsidRDefault="00E8614B" w:rsidP="00AB30E2">
      <w:pPr>
        <w:spacing w:after="40"/>
        <w:jc w:val="both"/>
      </w:pPr>
      <w:r w:rsidRPr="0057409D">
        <w:rPr>
          <w:b/>
        </w:rPr>
        <w:t>§ 1º -</w:t>
      </w:r>
      <w:r w:rsidRPr="00AB30E2">
        <w:rPr>
          <w:b/>
        </w:rPr>
        <w:t xml:space="preserve"> </w:t>
      </w:r>
      <w:r w:rsidRPr="0057409D">
        <w:t>Os valor</w:t>
      </w:r>
      <w:r w:rsidRPr="0057409D">
        <w:t xml:space="preserve">es </w:t>
      </w:r>
      <w:r w:rsidRPr="00AB30E2">
        <w:t xml:space="preserve">das </w:t>
      </w:r>
      <w:r w:rsidRPr="0057409D">
        <w:t>contraprestações</w:t>
      </w:r>
      <w:r w:rsidRPr="00AB30E2">
        <w:t xml:space="preserve"> </w:t>
      </w:r>
      <w:r w:rsidRPr="0057409D">
        <w:t xml:space="preserve">serão reajustados monetariamente, de acordo com os índices </w:t>
      </w:r>
      <w:r w:rsidRPr="00AB30E2">
        <w:t xml:space="preserve">aprovados em Assembleia Geral Extraordinária, assegurando-se, em casos de omissão, a aplicação residual do índice máximo de reajuste dos planos individuais </w:t>
      </w:r>
      <w:r w:rsidRPr="0057409D">
        <w:t>autorizado</w:t>
      </w:r>
      <w:r w:rsidRPr="00AB30E2">
        <w:t xml:space="preserve"> para o período pela Agência Nacional de Saúde Suplementar </w:t>
      </w:r>
      <w:r w:rsidRPr="0057409D">
        <w:t xml:space="preserve">- </w:t>
      </w:r>
      <w:r w:rsidRPr="00AB30E2">
        <w:t>ANS</w:t>
      </w:r>
      <w:r w:rsidRPr="0057409D">
        <w:t>.</w:t>
      </w:r>
    </w:p>
    <w:p w14:paraId="4F9AA5AE" w14:textId="7AE08F9E" w:rsidR="00C07598" w:rsidRPr="00AB30E2" w:rsidRDefault="00E8614B" w:rsidP="00AB30E2">
      <w:pPr>
        <w:spacing w:after="40"/>
        <w:jc w:val="both"/>
      </w:pPr>
      <w:r w:rsidRPr="00AB30E2">
        <w:rPr>
          <w:b/>
        </w:rPr>
        <w:t xml:space="preserve">§ 2º - </w:t>
      </w:r>
      <w:r w:rsidRPr="00AB30E2">
        <w:t xml:space="preserve">A aplicação dos reajustes será feita em uma data de aniversário única a ser definida, </w:t>
      </w:r>
      <w:r w:rsidRPr="0057409D">
        <w:t>entendendo</w:t>
      </w:r>
      <w:r w:rsidRPr="00AB30E2">
        <w:t xml:space="preserve">-se os </w:t>
      </w:r>
      <w:r w:rsidRPr="0057409D">
        <w:t>índices em referência</w:t>
      </w:r>
      <w:r w:rsidRPr="00AB30E2">
        <w:t>, independentemente da data de adesão</w:t>
      </w:r>
      <w:r w:rsidRPr="0057409D">
        <w:t>,</w:t>
      </w:r>
      <w:r w:rsidRPr="00AB30E2">
        <w:t xml:space="preserve"> o reajuste será apli</w:t>
      </w:r>
      <w:r w:rsidRPr="00AB30E2">
        <w:t xml:space="preserve">cado </w:t>
      </w:r>
      <w:r w:rsidRPr="0057409D">
        <w:t>no</w:t>
      </w:r>
      <w:r w:rsidRPr="00AB30E2">
        <w:t xml:space="preserve"> menor </w:t>
      </w:r>
      <w:r w:rsidRPr="0057409D">
        <w:t>período legal admitido</w:t>
      </w:r>
      <w:r w:rsidRPr="00AB30E2">
        <w:t xml:space="preserve"> pela legislação.</w:t>
      </w:r>
    </w:p>
    <w:p w14:paraId="7AD2EA69" w14:textId="77777777" w:rsidR="00C07598" w:rsidRPr="0057409D" w:rsidRDefault="00E8614B" w:rsidP="00AB30E2">
      <w:pPr>
        <w:spacing w:after="40"/>
        <w:jc w:val="both"/>
      </w:pPr>
      <w:r w:rsidRPr="0057409D">
        <w:rPr>
          <w:b/>
        </w:rPr>
        <w:t>§ 3º -</w:t>
      </w:r>
      <w:r w:rsidRPr="00AB30E2">
        <w:rPr>
          <w:b/>
        </w:rPr>
        <w:t xml:space="preserve"> </w:t>
      </w:r>
      <w:r w:rsidRPr="0057409D">
        <w:t>As contraprestações</w:t>
      </w:r>
      <w:r w:rsidRPr="00AB30E2">
        <w:t xml:space="preserve"> </w:t>
      </w:r>
      <w:r w:rsidRPr="0057409D">
        <w:t>serão reajustadas sempre que ocorrer desequilíbrio financeiro na relação receita/despesa, sendo possível, mediante decisão da Assembleia Geral, definir modificações nos respec</w:t>
      </w:r>
      <w:r w:rsidRPr="0057409D">
        <w:t>tivos fatores moderadores.</w:t>
      </w:r>
    </w:p>
    <w:p w14:paraId="0877B50F" w14:textId="13F29A76" w:rsidR="00C07598" w:rsidRPr="0057409D" w:rsidRDefault="00E8614B" w:rsidP="00AB30E2">
      <w:pPr>
        <w:spacing w:after="40"/>
        <w:jc w:val="both"/>
      </w:pPr>
      <w:r w:rsidRPr="0057409D">
        <w:rPr>
          <w:b/>
        </w:rPr>
        <w:t xml:space="preserve">§ 4º - </w:t>
      </w:r>
      <w:r w:rsidRPr="0057409D">
        <w:t xml:space="preserve">A forma de pagamento das contraprestações será definida no Regimento Interno e no Regulamento do Plano, ficando ressalvado, porém, que a impossibilidade de eventuais consignações, segundo as regras ali </w:t>
      </w:r>
      <w:r w:rsidRPr="0057409D">
        <w:lastRenderedPageBreak/>
        <w:t>definidas, não eximi</w:t>
      </w:r>
      <w:r w:rsidRPr="0057409D">
        <w:t>rá o associado titular de quitar a obrigação por outros meios próprios, sob pena de sofrer as consequências do inadimplemento, inclusive a possível exclusão.</w:t>
      </w:r>
    </w:p>
    <w:p w14:paraId="7369BE1D" w14:textId="3C0EB65F" w:rsidR="00C07598" w:rsidRPr="00AB30E2" w:rsidRDefault="00E8614B" w:rsidP="00AB30E2">
      <w:pPr>
        <w:spacing w:after="40"/>
        <w:jc w:val="both"/>
      </w:pPr>
      <w:r w:rsidRPr="0057409D">
        <w:rPr>
          <w:b/>
        </w:rPr>
        <w:t>§ 5º -</w:t>
      </w:r>
      <w:r w:rsidRPr="00AB30E2">
        <w:rPr>
          <w:b/>
        </w:rPr>
        <w:t xml:space="preserve"> </w:t>
      </w:r>
      <w:r w:rsidRPr="0057409D">
        <w:t>A eventual exclusão não implica em perda ou remissão das contraprestações porventura em abe</w:t>
      </w:r>
      <w:r w:rsidRPr="0057409D">
        <w:t>rto, que serão cobradas pelas vias legais adequadas, inclusive dos respectivos sucessores, se o caso.</w:t>
      </w:r>
    </w:p>
    <w:p w14:paraId="3AAF4B2F" w14:textId="091C243C" w:rsidR="00C07598" w:rsidRPr="00AB30E2" w:rsidRDefault="00E8614B" w:rsidP="00AB30E2">
      <w:pPr>
        <w:spacing w:after="40"/>
        <w:jc w:val="both"/>
      </w:pPr>
      <w:r w:rsidRPr="00AB30E2">
        <w:rPr>
          <w:b/>
        </w:rPr>
        <w:t xml:space="preserve">Art. </w:t>
      </w:r>
      <w:r w:rsidRPr="0057409D">
        <w:rPr>
          <w:b/>
        </w:rPr>
        <w:t xml:space="preserve">24º - </w:t>
      </w:r>
      <w:r w:rsidRPr="0057409D">
        <w:t xml:space="preserve">O associado perderá definitivamente </w:t>
      </w:r>
      <w:r w:rsidRPr="00AB30E2">
        <w:t xml:space="preserve">o benefício </w:t>
      </w:r>
      <w:r w:rsidRPr="0057409D">
        <w:t xml:space="preserve">em </w:t>
      </w:r>
      <w:r w:rsidRPr="00AB30E2">
        <w:t xml:space="preserve">que se </w:t>
      </w:r>
      <w:r w:rsidRPr="0057409D">
        <w:t>registrar contribuição específica,</w:t>
      </w:r>
      <w:r w:rsidRPr="00AB30E2">
        <w:t xml:space="preserve"> após </w:t>
      </w:r>
      <w:r w:rsidRPr="0057409D">
        <w:t>sua exclusão,</w:t>
      </w:r>
      <w:r w:rsidRPr="00AB30E2">
        <w:t xml:space="preserve"> não </w:t>
      </w:r>
      <w:r w:rsidRPr="0057409D">
        <w:t>tendo</w:t>
      </w:r>
      <w:r w:rsidRPr="00AB30E2">
        <w:t xml:space="preserve"> direito de restituiçã</w:t>
      </w:r>
      <w:r w:rsidRPr="00AB30E2">
        <w:t>o dos valores pagos até então, mesmo que não tenha feito o resgate.</w:t>
      </w:r>
    </w:p>
    <w:p w14:paraId="71E40C3C" w14:textId="37407B8F" w:rsidR="00C07598" w:rsidRPr="0057409D" w:rsidRDefault="00E8614B">
      <w:pPr>
        <w:spacing w:after="40"/>
        <w:jc w:val="both"/>
      </w:pPr>
      <w:r w:rsidRPr="0057409D">
        <w:rPr>
          <w:b/>
        </w:rPr>
        <w:t xml:space="preserve">§ 1º - </w:t>
      </w:r>
      <w:r w:rsidRPr="0057409D">
        <w:t>As contribuições destinadas a</w:t>
      </w:r>
      <w:r w:rsidR="00DC3498">
        <w:t xml:space="preserve"> outros</w:t>
      </w:r>
      <w:r w:rsidRPr="0057409D">
        <w:t xml:space="preserve"> benefícios assistenciais, inclusive auxílio funeral, serão disciplinadas no Regimento Interno e nos respectivos regulamentos.</w:t>
      </w:r>
    </w:p>
    <w:p w14:paraId="54B6428C" w14:textId="77777777" w:rsidR="00C07598" w:rsidRPr="0057409D" w:rsidRDefault="00E8614B">
      <w:pPr>
        <w:spacing w:after="40"/>
        <w:jc w:val="both"/>
      </w:pPr>
      <w:r w:rsidRPr="0057409D">
        <w:rPr>
          <w:b/>
        </w:rPr>
        <w:t xml:space="preserve">§ 2º - </w:t>
      </w:r>
      <w:r w:rsidRPr="0057409D">
        <w:t>Nos convêni</w:t>
      </w:r>
      <w:r w:rsidRPr="0057409D">
        <w:t>os de adesão, o custeio poderá ser suportado pelo patrocinador, pelo beneficiário ou por ambos, segundo as condições pactuadas e a regulamentação da ANS.</w:t>
      </w:r>
    </w:p>
    <w:p w14:paraId="6F23CC4C" w14:textId="77777777" w:rsidR="00C07598" w:rsidRPr="0057409D" w:rsidRDefault="00E8614B" w:rsidP="00AB30E2">
      <w:pPr>
        <w:spacing w:before="120"/>
        <w:jc w:val="center"/>
      </w:pPr>
      <w:r w:rsidRPr="00AB30E2">
        <w:rPr>
          <w:b/>
          <w:sz w:val="24"/>
        </w:rPr>
        <w:t>CAPÍTULO V</w:t>
      </w:r>
    </w:p>
    <w:p w14:paraId="4B617ED6" w14:textId="77777777" w:rsidR="00C07598" w:rsidRPr="0057409D" w:rsidRDefault="00E8614B" w:rsidP="00AB30E2">
      <w:pPr>
        <w:spacing w:before="120"/>
        <w:jc w:val="center"/>
      </w:pPr>
      <w:r w:rsidRPr="00AB30E2">
        <w:rPr>
          <w:b/>
        </w:rPr>
        <w:t>DO PATRIMÔNIO SOCIAL E DAS RECEITAS E DESPESAS</w:t>
      </w:r>
    </w:p>
    <w:p w14:paraId="764BC210" w14:textId="77777777" w:rsidR="00C07598" w:rsidRPr="00AB30E2" w:rsidRDefault="00E8614B" w:rsidP="00AB30E2">
      <w:pPr>
        <w:spacing w:before="120"/>
        <w:jc w:val="center"/>
      </w:pPr>
      <w:r w:rsidRPr="00AB30E2">
        <w:rPr>
          <w:b/>
          <w:sz w:val="24"/>
        </w:rPr>
        <w:t>SEÇÃO I</w:t>
      </w:r>
    </w:p>
    <w:p w14:paraId="5360D659" w14:textId="77777777" w:rsidR="00C07598" w:rsidRPr="0057409D" w:rsidRDefault="00E8614B" w:rsidP="00AB30E2">
      <w:pPr>
        <w:spacing w:before="120"/>
        <w:jc w:val="center"/>
      </w:pPr>
      <w:r w:rsidRPr="0057409D">
        <w:rPr>
          <w:b/>
        </w:rPr>
        <w:t>DO PATRIMÔNIO SOCIAL</w:t>
      </w:r>
    </w:p>
    <w:p w14:paraId="450BFBF5" w14:textId="1B674F5A" w:rsidR="00C07598" w:rsidRPr="00AB30E2" w:rsidRDefault="00E8614B" w:rsidP="00AB30E2">
      <w:pPr>
        <w:spacing w:after="40"/>
        <w:jc w:val="both"/>
      </w:pPr>
      <w:r w:rsidRPr="00AB30E2">
        <w:rPr>
          <w:b/>
        </w:rPr>
        <w:t xml:space="preserve">Art. </w:t>
      </w:r>
      <w:r w:rsidRPr="0057409D">
        <w:rPr>
          <w:b/>
        </w:rPr>
        <w:t>25º</w:t>
      </w:r>
      <w:r w:rsidRPr="00AB30E2">
        <w:rPr>
          <w:b/>
        </w:rPr>
        <w:t xml:space="preserve"> - </w:t>
      </w:r>
      <w:r w:rsidRPr="00AB30E2">
        <w:t>O pa</w:t>
      </w:r>
      <w:r w:rsidRPr="00AB30E2">
        <w:t>trimônio da APAS</w:t>
      </w:r>
      <w:r w:rsidRPr="0057409D">
        <w:t>-</w:t>
      </w:r>
      <w:r w:rsidRPr="00AB30E2">
        <w:t xml:space="preserve">JAÚ é constituído pelo prédio </w:t>
      </w:r>
      <w:r w:rsidRPr="0057409D">
        <w:t>de</w:t>
      </w:r>
      <w:r w:rsidRPr="00AB30E2">
        <w:t xml:space="preserve"> sua Sede Social, de outros imóveis que venham a ser adquiridos, e pelos bens que os guarnecem, assim como pelos que, pertencendo à entidade, se encontrem em departamentos externos e, ainda, pelos valores de</w:t>
      </w:r>
      <w:r w:rsidRPr="00AB30E2">
        <w:t>positados em suas contas bancárias.</w:t>
      </w:r>
    </w:p>
    <w:p w14:paraId="77CDC7DB" w14:textId="15CA0B3F" w:rsidR="00C07598" w:rsidRPr="0057409D" w:rsidRDefault="00E8614B" w:rsidP="00AB30E2">
      <w:pPr>
        <w:spacing w:after="40"/>
        <w:jc w:val="both"/>
      </w:pPr>
      <w:r w:rsidRPr="0057409D">
        <w:rPr>
          <w:b/>
        </w:rPr>
        <w:t>§ 1º -</w:t>
      </w:r>
      <w:r w:rsidRPr="00AB30E2">
        <w:rPr>
          <w:b/>
        </w:rPr>
        <w:t xml:space="preserve"> </w:t>
      </w:r>
      <w:r w:rsidRPr="0057409D">
        <w:t>Os bens móveis, de consumo durável, serão inventariados e numerados, sendo seu estado objeto de periódica revisão pelo Tesoureiro.</w:t>
      </w:r>
    </w:p>
    <w:p w14:paraId="2C79254E" w14:textId="031E3B45" w:rsidR="00C07598" w:rsidRPr="0057409D" w:rsidRDefault="00E8614B" w:rsidP="00AB30E2">
      <w:pPr>
        <w:spacing w:after="40"/>
        <w:jc w:val="both"/>
      </w:pPr>
      <w:r w:rsidRPr="0057409D">
        <w:rPr>
          <w:b/>
        </w:rPr>
        <w:t>§ 2º -</w:t>
      </w:r>
      <w:r w:rsidRPr="00AB30E2">
        <w:rPr>
          <w:b/>
        </w:rPr>
        <w:t xml:space="preserve"> </w:t>
      </w:r>
      <w:r w:rsidRPr="0057409D">
        <w:t xml:space="preserve">Os bens imóveis da Associação, assim como aqueles de maior valor, deverão </w:t>
      </w:r>
      <w:r w:rsidRPr="0057409D">
        <w:t>ser segurados em Seguradora idônea.</w:t>
      </w:r>
    </w:p>
    <w:p w14:paraId="3E98E7D8" w14:textId="0F239C1B" w:rsidR="00C07598" w:rsidRPr="0057409D" w:rsidRDefault="00E8614B" w:rsidP="00AB30E2">
      <w:pPr>
        <w:spacing w:after="40"/>
        <w:jc w:val="both"/>
      </w:pPr>
      <w:r w:rsidRPr="0057409D">
        <w:rPr>
          <w:b/>
        </w:rPr>
        <w:t>Art. 26º -</w:t>
      </w:r>
      <w:r w:rsidRPr="00AB30E2">
        <w:rPr>
          <w:b/>
        </w:rPr>
        <w:t xml:space="preserve"> </w:t>
      </w:r>
      <w:r w:rsidRPr="0057409D">
        <w:t>A aquisição, alienação ou oneração de bens imóveis, ou a constituição de novas edificações em imóveis que já componham ou venham a compor o patrimônio da Associação será deliberada pelo Conselho de Administraç</w:t>
      </w:r>
      <w:r w:rsidRPr="0057409D">
        <w:t>ão e submetida à aprovação da Assembleia Geral, mediante justificativa por escrito, sendo que, no caso de alienações, deverá ser feita a indicação expressa do destino do valor apurado, que deverá reverter em benefício da Associação.</w:t>
      </w:r>
    </w:p>
    <w:p w14:paraId="0B032064" w14:textId="77777777" w:rsidR="00C07598" w:rsidRPr="00AB30E2" w:rsidRDefault="00E8614B" w:rsidP="00AB30E2">
      <w:pPr>
        <w:spacing w:before="120"/>
        <w:jc w:val="center"/>
      </w:pPr>
      <w:r w:rsidRPr="00AB30E2">
        <w:rPr>
          <w:b/>
          <w:sz w:val="24"/>
        </w:rPr>
        <w:t>SEÇÃO II</w:t>
      </w:r>
    </w:p>
    <w:p w14:paraId="11FE446B" w14:textId="77777777" w:rsidR="00C07598" w:rsidRPr="00AB30E2" w:rsidRDefault="00E8614B" w:rsidP="00AB30E2">
      <w:pPr>
        <w:spacing w:before="120"/>
        <w:jc w:val="center"/>
      </w:pPr>
      <w:r w:rsidRPr="00AB30E2">
        <w:rPr>
          <w:b/>
        </w:rPr>
        <w:t>DAS RECEITAS E</w:t>
      </w:r>
      <w:r w:rsidRPr="00AB30E2">
        <w:rPr>
          <w:b/>
        </w:rPr>
        <w:t xml:space="preserve"> DESPESAS</w:t>
      </w:r>
    </w:p>
    <w:p w14:paraId="6293772A" w14:textId="64286FA1" w:rsidR="00C07598" w:rsidRPr="0057409D" w:rsidRDefault="00E8614B" w:rsidP="00AB30E2">
      <w:pPr>
        <w:spacing w:after="40"/>
        <w:jc w:val="both"/>
      </w:pPr>
      <w:r w:rsidRPr="0057409D">
        <w:rPr>
          <w:b/>
        </w:rPr>
        <w:t>Art. 27º -</w:t>
      </w:r>
      <w:r w:rsidRPr="00AB30E2">
        <w:rPr>
          <w:b/>
        </w:rPr>
        <w:t xml:space="preserve"> </w:t>
      </w:r>
      <w:r w:rsidRPr="0057409D">
        <w:t>Constituem receitas da APAS-JAÚ:</w:t>
      </w:r>
    </w:p>
    <w:p w14:paraId="4E4F6C3C" w14:textId="7E4F59B0" w:rsidR="00C07598" w:rsidRPr="0057409D" w:rsidRDefault="00E8614B" w:rsidP="00AB30E2">
      <w:pPr>
        <w:spacing w:after="40"/>
        <w:ind w:left="397"/>
        <w:jc w:val="both"/>
      </w:pPr>
      <w:r w:rsidRPr="00AB30E2">
        <w:rPr>
          <w:b/>
        </w:rPr>
        <w:t xml:space="preserve">I - </w:t>
      </w:r>
      <w:r w:rsidRPr="0057409D">
        <w:t>as contraprestações contributivas, indenizações e taxas estipuladas;</w:t>
      </w:r>
    </w:p>
    <w:p w14:paraId="57F81BCD" w14:textId="77777777" w:rsidR="00C07598" w:rsidRPr="00AB30E2" w:rsidRDefault="00E8614B" w:rsidP="00AB30E2">
      <w:pPr>
        <w:spacing w:after="40"/>
        <w:ind w:left="397"/>
        <w:jc w:val="both"/>
      </w:pPr>
      <w:r w:rsidRPr="00AB30E2">
        <w:rPr>
          <w:b/>
        </w:rPr>
        <w:t>I</w:t>
      </w:r>
      <w:r w:rsidRPr="00AB30E2">
        <w:t>I - os auxílios, doações ou subvenções provenientes de qualquer entidade pública ou particular, nacional ou estrangeira;</w:t>
      </w:r>
    </w:p>
    <w:p w14:paraId="644F77CA" w14:textId="77777777" w:rsidR="00C07598" w:rsidRPr="00AB30E2" w:rsidRDefault="00E8614B" w:rsidP="00AB30E2">
      <w:pPr>
        <w:spacing w:after="40"/>
        <w:ind w:left="397"/>
        <w:jc w:val="both"/>
      </w:pPr>
      <w:r w:rsidRPr="00AB30E2">
        <w:rPr>
          <w:b/>
        </w:rPr>
        <w:t>I</w:t>
      </w:r>
      <w:r w:rsidRPr="00AB30E2">
        <w:t>II -</w:t>
      </w:r>
      <w:r w:rsidRPr="0057409D">
        <w:t xml:space="preserve"> o</w:t>
      </w:r>
      <w:r w:rsidRPr="0057409D">
        <w:t>s</w:t>
      </w:r>
      <w:r w:rsidRPr="00AB30E2">
        <w:t xml:space="preserve"> ressarcimentos de serviços de assistência, decorrentes de convênios ou acordos de reciprocidade estabelecidos com outras entidades;</w:t>
      </w:r>
    </w:p>
    <w:p w14:paraId="57B364EF" w14:textId="773D87DC" w:rsidR="00C07598" w:rsidRPr="0057409D" w:rsidRDefault="00E8614B">
      <w:pPr>
        <w:spacing w:after="40"/>
        <w:ind w:left="397"/>
        <w:jc w:val="both"/>
      </w:pPr>
      <w:r w:rsidRPr="0057409D">
        <w:rPr>
          <w:b/>
        </w:rPr>
        <w:t>I</w:t>
      </w:r>
      <w:r w:rsidRPr="0057409D">
        <w:t>V - as contribuições, aportes e repasses de patrocinadores decorrentes de convênios de adesão;</w:t>
      </w:r>
    </w:p>
    <w:p w14:paraId="18341BE3" w14:textId="0E91EF92" w:rsidR="00C07598" w:rsidRPr="00AB30E2" w:rsidRDefault="00E8614B" w:rsidP="00AB30E2">
      <w:pPr>
        <w:spacing w:after="40"/>
        <w:ind w:left="397"/>
        <w:jc w:val="both"/>
      </w:pPr>
      <w:r w:rsidRPr="0057409D">
        <w:rPr>
          <w:b/>
        </w:rPr>
        <w:t xml:space="preserve">V - </w:t>
      </w:r>
      <w:r w:rsidRPr="0057409D">
        <w:t>os</w:t>
      </w:r>
      <w:r w:rsidRPr="00AB30E2">
        <w:t xml:space="preserve"> ressarcimentos por </w:t>
      </w:r>
      <w:r w:rsidRPr="00AB30E2">
        <w:t>serviços prestados a outras entidades</w:t>
      </w:r>
      <w:r w:rsidRPr="0057409D">
        <w:t>; e</w:t>
      </w:r>
    </w:p>
    <w:p w14:paraId="221E9EFF" w14:textId="44975A16" w:rsidR="00C07598" w:rsidRPr="00AB30E2" w:rsidRDefault="00E8614B" w:rsidP="00AB30E2">
      <w:pPr>
        <w:spacing w:after="40"/>
        <w:ind w:left="397"/>
        <w:jc w:val="both"/>
      </w:pPr>
      <w:r w:rsidRPr="0057409D">
        <w:rPr>
          <w:b/>
        </w:rPr>
        <w:t>V</w:t>
      </w:r>
      <w:r w:rsidRPr="0057409D">
        <w:t>I - juros</w:t>
      </w:r>
      <w:r w:rsidRPr="00AB30E2">
        <w:t xml:space="preserve"> e correções monetárias de aplicações financeiras.</w:t>
      </w:r>
    </w:p>
    <w:p w14:paraId="0BC653B6" w14:textId="7D67C8EB" w:rsidR="00C07598" w:rsidRPr="0057409D" w:rsidRDefault="00E8614B" w:rsidP="00AB30E2">
      <w:pPr>
        <w:spacing w:after="40"/>
        <w:jc w:val="both"/>
      </w:pPr>
      <w:r w:rsidRPr="0057409D">
        <w:rPr>
          <w:b/>
        </w:rPr>
        <w:t>Art. 28º -</w:t>
      </w:r>
      <w:r w:rsidRPr="00AB30E2">
        <w:rPr>
          <w:b/>
        </w:rPr>
        <w:t xml:space="preserve"> </w:t>
      </w:r>
      <w:r w:rsidRPr="0057409D">
        <w:t>As despesas da Associação são decorrentes:</w:t>
      </w:r>
    </w:p>
    <w:p w14:paraId="52863400" w14:textId="77777777" w:rsidR="00C07598" w:rsidRPr="0057409D" w:rsidRDefault="00E8614B" w:rsidP="00AB30E2">
      <w:pPr>
        <w:spacing w:after="40"/>
        <w:ind w:left="397"/>
        <w:jc w:val="both"/>
      </w:pPr>
      <w:r w:rsidRPr="00AB30E2">
        <w:rPr>
          <w:b/>
        </w:rPr>
        <w:t xml:space="preserve">I - </w:t>
      </w:r>
      <w:r w:rsidRPr="0057409D">
        <w:t>da realização de suas finalidades;</w:t>
      </w:r>
    </w:p>
    <w:p w14:paraId="0185B766" w14:textId="77777777" w:rsidR="00C07598" w:rsidRPr="0057409D" w:rsidRDefault="00E8614B" w:rsidP="00AB30E2">
      <w:pPr>
        <w:spacing w:after="40"/>
        <w:ind w:left="397"/>
        <w:jc w:val="both"/>
      </w:pPr>
      <w:r w:rsidRPr="00AB30E2">
        <w:rPr>
          <w:b/>
        </w:rPr>
        <w:t>I</w:t>
      </w:r>
      <w:r w:rsidRPr="0057409D">
        <w:t>I - da aquisição de materiais e equipamentos;</w:t>
      </w:r>
    </w:p>
    <w:p w14:paraId="01D97DE7" w14:textId="1193D1CA" w:rsidR="00C07598" w:rsidRPr="0057409D" w:rsidRDefault="00E8614B" w:rsidP="00AB30E2">
      <w:pPr>
        <w:spacing w:after="40"/>
        <w:ind w:left="397"/>
        <w:jc w:val="both"/>
      </w:pPr>
      <w:r w:rsidRPr="00AB30E2">
        <w:rPr>
          <w:b/>
        </w:rPr>
        <w:t>I</w:t>
      </w:r>
      <w:r w:rsidRPr="0057409D">
        <w:t>II - do custe</w:t>
      </w:r>
      <w:r w:rsidRPr="0057409D">
        <w:t>io, manutenção e melhoria de seus serviços, estabelecimentos e órgãos, incluindo as despesas com aperfeiçoamento profissional de seus dirigentes e colaboradores, e as despesas necessárias ao custeio de suas atividades institucionais em atos e eventos de in</w:t>
      </w:r>
      <w:r w:rsidRPr="0057409D">
        <w:t>teresse da Associação; e</w:t>
      </w:r>
    </w:p>
    <w:p w14:paraId="0FBFC317" w14:textId="77777777" w:rsidR="00C07598" w:rsidRPr="0057409D" w:rsidRDefault="00E8614B">
      <w:pPr>
        <w:spacing w:after="40"/>
        <w:ind w:left="397"/>
        <w:jc w:val="both"/>
      </w:pPr>
      <w:r w:rsidRPr="0057409D">
        <w:rPr>
          <w:b/>
        </w:rPr>
        <w:lastRenderedPageBreak/>
        <w:t>I</w:t>
      </w:r>
      <w:r w:rsidRPr="0057409D">
        <w:t>V - do cumprimento de obrigações assistenciais, regulatórias, administrativas e financeiras decorrentes dos convênios de adesão.</w:t>
      </w:r>
    </w:p>
    <w:p w14:paraId="4AAC02DC" w14:textId="3A126248" w:rsidR="00C07598" w:rsidRPr="0057409D" w:rsidRDefault="00E8614B" w:rsidP="00AB30E2">
      <w:pPr>
        <w:spacing w:after="40"/>
        <w:jc w:val="both"/>
      </w:pPr>
      <w:r w:rsidRPr="0057409D">
        <w:rPr>
          <w:b/>
        </w:rPr>
        <w:t>Art. 29º -</w:t>
      </w:r>
      <w:r w:rsidRPr="00AB30E2">
        <w:rPr>
          <w:b/>
        </w:rPr>
        <w:t xml:space="preserve"> </w:t>
      </w:r>
      <w:r w:rsidRPr="0057409D">
        <w:t>É vedada a distribuição de saldos de receita ou parcelas do patrimônio da Associação, quer</w:t>
      </w:r>
      <w:r w:rsidRPr="0057409D">
        <w:t xml:space="preserve"> a título de benefício, bonificação ou participação por resultados, a seus membros, inclusive conselheiros, diretores, funcionários ou qualquer outra pessoa que lhe preste serviços, direta ou indiretamente, devendo tais saldos da receita integrar o capital</w:t>
      </w:r>
      <w:r w:rsidRPr="0057409D">
        <w:t xml:space="preserve"> de reserva técnica, permanecendo disponíveis.</w:t>
      </w:r>
    </w:p>
    <w:p w14:paraId="43F697A3" w14:textId="5E09789C" w:rsidR="00C07598" w:rsidRPr="00AB30E2" w:rsidRDefault="00E8614B" w:rsidP="00AB30E2">
      <w:pPr>
        <w:spacing w:after="40"/>
        <w:jc w:val="both"/>
      </w:pPr>
      <w:r w:rsidRPr="00AB30E2">
        <w:rPr>
          <w:b/>
        </w:rPr>
        <w:t xml:space="preserve">Art. </w:t>
      </w:r>
      <w:r w:rsidRPr="0057409D">
        <w:rPr>
          <w:b/>
        </w:rPr>
        <w:t>30º</w:t>
      </w:r>
      <w:r w:rsidRPr="00AB30E2">
        <w:rPr>
          <w:b/>
        </w:rPr>
        <w:t xml:space="preserve"> - </w:t>
      </w:r>
      <w:r w:rsidRPr="00AB30E2">
        <w:t xml:space="preserve">A disponibilidade financeira da Associação ficará depositada em conta corrente e em aplicações financeiras em banco da rede oficial ou particular, escolhido pelo Presidente e </w:t>
      </w:r>
      <w:r w:rsidRPr="0057409D">
        <w:t>pelo</w:t>
      </w:r>
      <w:r w:rsidRPr="00AB30E2">
        <w:t xml:space="preserve"> Tesoureiro.</w:t>
      </w:r>
    </w:p>
    <w:p w14:paraId="662424F9" w14:textId="2C64D43C" w:rsidR="00C07598" w:rsidRPr="0057409D" w:rsidRDefault="00E8614B" w:rsidP="00AB30E2">
      <w:pPr>
        <w:spacing w:after="40"/>
        <w:jc w:val="both"/>
      </w:pPr>
      <w:r w:rsidRPr="0057409D">
        <w:rPr>
          <w:b/>
        </w:rPr>
        <w:t>§ 1º -</w:t>
      </w:r>
      <w:r w:rsidRPr="00AB30E2">
        <w:rPr>
          <w:b/>
        </w:rPr>
        <w:t xml:space="preserve"> </w:t>
      </w:r>
      <w:r w:rsidRPr="0057409D">
        <w:t>Para pequenas despesas e de pronto pagamento até o valor de 5 (cinco) salários mínimos, haverá caixa especial.</w:t>
      </w:r>
    </w:p>
    <w:p w14:paraId="13AB5FB8" w14:textId="332EDA4A" w:rsidR="00C07598" w:rsidRPr="0057409D" w:rsidRDefault="00E8614B" w:rsidP="00AB30E2">
      <w:pPr>
        <w:spacing w:after="40"/>
        <w:jc w:val="both"/>
      </w:pPr>
      <w:r w:rsidRPr="0057409D">
        <w:rPr>
          <w:b/>
        </w:rPr>
        <w:t>§ 2º -</w:t>
      </w:r>
      <w:r w:rsidRPr="00AB30E2">
        <w:rPr>
          <w:b/>
        </w:rPr>
        <w:t xml:space="preserve"> </w:t>
      </w:r>
      <w:r w:rsidRPr="0057409D">
        <w:t>É vedada a utilização da disponibilidade financeira em aplicações de alto risco, tais como compra de moedas estrangeiras, aplicações em b</w:t>
      </w:r>
      <w:r w:rsidRPr="0057409D">
        <w:t>olsa de mercados futuros ou outras que venham a ser indicadas no Regimento Interno; empréstimos pessoais a terceiros, abertura de empresas objetivando gerir o patrimônio da Associação.</w:t>
      </w:r>
    </w:p>
    <w:p w14:paraId="3083C19A" w14:textId="77777777" w:rsidR="00C07598" w:rsidRPr="0057409D" w:rsidRDefault="00E8614B" w:rsidP="00AB30E2">
      <w:pPr>
        <w:spacing w:before="120"/>
        <w:jc w:val="center"/>
      </w:pPr>
      <w:r w:rsidRPr="00AB30E2">
        <w:rPr>
          <w:b/>
          <w:sz w:val="24"/>
        </w:rPr>
        <w:t>CAPÍTULO VI</w:t>
      </w:r>
    </w:p>
    <w:p w14:paraId="49A70DC8" w14:textId="77777777" w:rsidR="00C07598" w:rsidRPr="00AB30E2" w:rsidRDefault="00E8614B" w:rsidP="00AB30E2">
      <w:pPr>
        <w:spacing w:before="120"/>
        <w:jc w:val="center"/>
      </w:pPr>
      <w:r w:rsidRPr="00AB30E2">
        <w:rPr>
          <w:b/>
        </w:rPr>
        <w:t>DA CONTABILIDADE E DA FISCALIZAÇÃO FINANCEIRA</w:t>
      </w:r>
    </w:p>
    <w:p w14:paraId="28C88D85" w14:textId="77777777" w:rsidR="00C07598" w:rsidRPr="0057409D" w:rsidRDefault="00E8614B" w:rsidP="00AB30E2">
      <w:pPr>
        <w:spacing w:before="120"/>
        <w:jc w:val="center"/>
      </w:pPr>
      <w:r w:rsidRPr="00AB30E2">
        <w:rPr>
          <w:b/>
          <w:sz w:val="24"/>
        </w:rPr>
        <w:t>SEÇÃO I</w:t>
      </w:r>
    </w:p>
    <w:p w14:paraId="30E9F551" w14:textId="27791037" w:rsidR="00C07598" w:rsidRPr="0057409D" w:rsidRDefault="00E8614B" w:rsidP="00AB30E2">
      <w:pPr>
        <w:spacing w:before="120"/>
        <w:jc w:val="center"/>
      </w:pPr>
      <w:r w:rsidRPr="0057409D">
        <w:rPr>
          <w:b/>
        </w:rPr>
        <w:t>DA CO</w:t>
      </w:r>
      <w:r w:rsidRPr="0057409D">
        <w:rPr>
          <w:b/>
        </w:rPr>
        <w:t>NTABILIDADE</w:t>
      </w:r>
    </w:p>
    <w:p w14:paraId="1A7501A4" w14:textId="5A850F21" w:rsidR="00C07598" w:rsidRPr="00AB30E2" w:rsidRDefault="00E8614B" w:rsidP="00AB30E2">
      <w:pPr>
        <w:spacing w:after="40"/>
        <w:jc w:val="both"/>
      </w:pPr>
      <w:r w:rsidRPr="00AB30E2">
        <w:rPr>
          <w:b/>
        </w:rPr>
        <w:t xml:space="preserve">Art. </w:t>
      </w:r>
      <w:r w:rsidRPr="0057409D">
        <w:rPr>
          <w:b/>
        </w:rPr>
        <w:t>31º</w:t>
      </w:r>
      <w:r w:rsidRPr="00AB30E2">
        <w:rPr>
          <w:b/>
        </w:rPr>
        <w:t xml:space="preserve"> - </w:t>
      </w:r>
      <w:r w:rsidRPr="00AB30E2">
        <w:t xml:space="preserve">A contabilidade da </w:t>
      </w:r>
      <w:r w:rsidRPr="0057409D">
        <w:t>APAS-JAÚ</w:t>
      </w:r>
      <w:r w:rsidRPr="00AB30E2">
        <w:t xml:space="preserve"> obedecerá às disposições legais </w:t>
      </w:r>
      <w:r w:rsidRPr="0057409D">
        <w:t>e</w:t>
      </w:r>
      <w:r w:rsidRPr="00AB30E2">
        <w:t xml:space="preserve"> normativas vigentes</w:t>
      </w:r>
      <w:r w:rsidRPr="0057409D">
        <w:t>, em especial ao Plano de Contas Padrão da ANS,</w:t>
      </w:r>
      <w:r w:rsidRPr="00AB30E2">
        <w:t xml:space="preserve"> e tanto ela como os demais registros obrigatórios deverão ser mantidos em perfeita ordem e em dia.</w:t>
      </w:r>
    </w:p>
    <w:p w14:paraId="15CCA28F" w14:textId="3DA24A97" w:rsidR="00C07598" w:rsidRPr="0057409D" w:rsidRDefault="00E8614B" w:rsidP="00AB30E2">
      <w:pPr>
        <w:spacing w:after="40"/>
        <w:jc w:val="both"/>
      </w:pPr>
      <w:r w:rsidRPr="0057409D">
        <w:rPr>
          <w:b/>
        </w:rPr>
        <w:t>§ 1º</w:t>
      </w:r>
      <w:r w:rsidRPr="00AB30E2">
        <w:rPr>
          <w:b/>
        </w:rPr>
        <w:t xml:space="preserve"> - </w:t>
      </w:r>
      <w:r w:rsidRPr="0057409D">
        <w:t>As contas, sempre que possível, serão apuradas segundo a natureza das operações e serviços, e o balanço geral levantado a 31 de dezembro de cada ano.</w:t>
      </w:r>
    </w:p>
    <w:p w14:paraId="66850158" w14:textId="77777777" w:rsidR="00C07598" w:rsidRPr="00B2081A" w:rsidRDefault="00E8614B">
      <w:pPr>
        <w:spacing w:after="40"/>
        <w:jc w:val="both"/>
        <w:rPr>
          <w:bCs/>
        </w:rPr>
      </w:pPr>
      <w:r w:rsidRPr="00DC3498">
        <w:rPr>
          <w:b/>
        </w:rPr>
        <w:t xml:space="preserve">§ 2º - </w:t>
      </w:r>
      <w:r w:rsidRPr="00B2081A">
        <w:rPr>
          <w:bCs/>
        </w:rPr>
        <w:t xml:space="preserve">As informações econômico-financeiras serão encaminhadas à Agência Nacional de Saúde Suplementar </w:t>
      </w:r>
      <w:r w:rsidRPr="00B2081A">
        <w:rPr>
          <w:bCs/>
        </w:rPr>
        <w:t>- ANS por meio do Documento de Informações Periódicas das Operadoras de Planos de Assistência à Saúde - DIOPS/ANS, na periodicidade e forma exigidas pela regulamentação vigente.</w:t>
      </w:r>
    </w:p>
    <w:p w14:paraId="17916C0E" w14:textId="77777777" w:rsidR="00C07598" w:rsidRPr="00AB30E2" w:rsidRDefault="00E8614B" w:rsidP="00AB30E2">
      <w:pPr>
        <w:spacing w:before="120"/>
        <w:jc w:val="center"/>
      </w:pPr>
      <w:r w:rsidRPr="00AB30E2">
        <w:rPr>
          <w:b/>
          <w:sz w:val="24"/>
        </w:rPr>
        <w:t>SEÇÃO II</w:t>
      </w:r>
    </w:p>
    <w:p w14:paraId="40EB1BD2" w14:textId="77777777" w:rsidR="00C07598" w:rsidRPr="00AB30E2" w:rsidRDefault="00E8614B" w:rsidP="00AB30E2">
      <w:pPr>
        <w:spacing w:before="120"/>
        <w:jc w:val="center"/>
      </w:pPr>
      <w:r w:rsidRPr="0057409D">
        <w:rPr>
          <w:b/>
        </w:rPr>
        <w:t>DA FISCALIZAÇÃO FINANCEIRA</w:t>
      </w:r>
    </w:p>
    <w:p w14:paraId="16970CC0" w14:textId="27F5562A" w:rsidR="00C07598" w:rsidRPr="0057409D" w:rsidRDefault="00E8614B" w:rsidP="00AB30E2">
      <w:pPr>
        <w:spacing w:after="40"/>
        <w:jc w:val="both"/>
      </w:pPr>
      <w:r w:rsidRPr="0057409D">
        <w:rPr>
          <w:b/>
        </w:rPr>
        <w:t>Art. 32º -</w:t>
      </w:r>
      <w:r w:rsidRPr="00AB30E2">
        <w:rPr>
          <w:b/>
        </w:rPr>
        <w:t xml:space="preserve"> </w:t>
      </w:r>
      <w:r w:rsidRPr="0057409D">
        <w:t>A fiscalização financeira e orç</w:t>
      </w:r>
      <w:r w:rsidRPr="0057409D">
        <w:t>amentária será exercida pelo Conselho Fiscal e pela Assembleia Geral, por meio do exame dos balancetes mensais e do balanço anual apresentados pelo Presidente, observado o disposto neste Estatuto Social e no Regimento Interno.</w:t>
      </w:r>
    </w:p>
    <w:p w14:paraId="3BD0E3D6" w14:textId="09F74594" w:rsidR="00C07598" w:rsidRPr="0057409D" w:rsidRDefault="00E8614B" w:rsidP="00AB30E2">
      <w:pPr>
        <w:spacing w:after="40"/>
        <w:jc w:val="both"/>
      </w:pPr>
      <w:r w:rsidRPr="0057409D">
        <w:rPr>
          <w:b/>
        </w:rPr>
        <w:t>Art. 33º -</w:t>
      </w:r>
      <w:r w:rsidRPr="00AB30E2">
        <w:rPr>
          <w:b/>
        </w:rPr>
        <w:t xml:space="preserve"> </w:t>
      </w:r>
      <w:r w:rsidRPr="0057409D">
        <w:t>O exercício financ</w:t>
      </w:r>
      <w:r w:rsidRPr="0057409D">
        <w:t>eiro vai de 1º de janeiro a 31 de dezembro de cada ano.</w:t>
      </w:r>
    </w:p>
    <w:p w14:paraId="57C16A86" w14:textId="77777777" w:rsidR="00C07598" w:rsidRPr="00AB30E2" w:rsidRDefault="00E8614B" w:rsidP="00AB30E2">
      <w:pPr>
        <w:spacing w:before="120"/>
        <w:jc w:val="center"/>
      </w:pPr>
      <w:r w:rsidRPr="00AB30E2">
        <w:rPr>
          <w:b/>
          <w:sz w:val="24"/>
        </w:rPr>
        <w:t>CAPÍTULO VII</w:t>
      </w:r>
    </w:p>
    <w:p w14:paraId="32207218" w14:textId="77777777" w:rsidR="00C07598" w:rsidRPr="00AB30E2" w:rsidRDefault="00E8614B" w:rsidP="00AB30E2">
      <w:pPr>
        <w:spacing w:before="120"/>
        <w:jc w:val="center"/>
      </w:pPr>
      <w:r w:rsidRPr="0057409D">
        <w:rPr>
          <w:b/>
        </w:rPr>
        <w:t>DOS ÓRGÃOS DE DIREÇÃO E ADMINISTRAÇÃO</w:t>
      </w:r>
    </w:p>
    <w:p w14:paraId="21C5CD46" w14:textId="0182D796" w:rsidR="00C07598" w:rsidRPr="0057409D" w:rsidRDefault="00E8614B" w:rsidP="00AB30E2">
      <w:pPr>
        <w:spacing w:after="40"/>
        <w:jc w:val="both"/>
      </w:pPr>
      <w:r w:rsidRPr="0057409D">
        <w:rPr>
          <w:b/>
        </w:rPr>
        <w:t>Art. 34º -</w:t>
      </w:r>
      <w:r w:rsidRPr="00AB30E2">
        <w:rPr>
          <w:b/>
        </w:rPr>
        <w:t xml:space="preserve"> </w:t>
      </w:r>
      <w:r w:rsidRPr="0057409D">
        <w:t>São órgãos de direção e administração da APAS-JAÚ:</w:t>
      </w:r>
    </w:p>
    <w:p w14:paraId="3C60C601" w14:textId="77777777" w:rsidR="00C07598" w:rsidRPr="00AB30E2" w:rsidRDefault="00E8614B" w:rsidP="00AB30E2">
      <w:pPr>
        <w:spacing w:after="40"/>
        <w:ind w:left="397"/>
        <w:jc w:val="both"/>
      </w:pPr>
      <w:r w:rsidRPr="00AB30E2">
        <w:rPr>
          <w:b/>
        </w:rPr>
        <w:t xml:space="preserve">I - </w:t>
      </w:r>
      <w:r w:rsidRPr="00AB30E2">
        <w:t>a Assembleia Geral;</w:t>
      </w:r>
    </w:p>
    <w:p w14:paraId="6798EA74" w14:textId="13954347" w:rsidR="00C07598" w:rsidRPr="00DC3498" w:rsidRDefault="00E8614B" w:rsidP="00AB30E2">
      <w:pPr>
        <w:spacing w:after="40"/>
        <w:ind w:left="397"/>
        <w:jc w:val="both"/>
        <w:rPr>
          <w:b/>
        </w:rPr>
      </w:pPr>
      <w:r w:rsidRPr="00DC3498">
        <w:rPr>
          <w:b/>
        </w:rPr>
        <w:t xml:space="preserve">II - </w:t>
      </w:r>
      <w:r w:rsidRPr="00B2081A">
        <w:rPr>
          <w:bCs/>
        </w:rPr>
        <w:t>o Conselho de Administração;</w:t>
      </w:r>
    </w:p>
    <w:p w14:paraId="70675907" w14:textId="6042AD98" w:rsidR="00C07598" w:rsidRPr="00AB30E2" w:rsidRDefault="00E8614B" w:rsidP="00AB30E2">
      <w:pPr>
        <w:spacing w:after="40"/>
        <w:ind w:left="397"/>
        <w:jc w:val="both"/>
      </w:pPr>
      <w:r w:rsidRPr="00AB30E2">
        <w:rPr>
          <w:b/>
        </w:rPr>
        <w:t>I</w:t>
      </w:r>
      <w:r w:rsidRPr="00AB30E2">
        <w:t>II - a Diretoria Executiva</w:t>
      </w:r>
      <w:r w:rsidRPr="0057409D">
        <w:t xml:space="preserve">; </w:t>
      </w:r>
      <w:r w:rsidRPr="0057409D">
        <w:t>e</w:t>
      </w:r>
    </w:p>
    <w:p w14:paraId="47CF492B" w14:textId="77777777" w:rsidR="00C07598" w:rsidRPr="0057409D" w:rsidRDefault="00E8614B">
      <w:pPr>
        <w:spacing w:after="40"/>
        <w:ind w:left="397"/>
        <w:jc w:val="both"/>
      </w:pPr>
      <w:r w:rsidRPr="0057409D">
        <w:rPr>
          <w:b/>
        </w:rPr>
        <w:t>I</w:t>
      </w:r>
      <w:r w:rsidRPr="0057409D">
        <w:t>V - o Conselho Fiscal.</w:t>
      </w:r>
    </w:p>
    <w:p w14:paraId="7636D88D" w14:textId="77777777" w:rsidR="00C07598" w:rsidRPr="0057409D" w:rsidRDefault="00E8614B" w:rsidP="00AB30E2">
      <w:pPr>
        <w:spacing w:before="120"/>
        <w:jc w:val="center"/>
      </w:pPr>
      <w:r w:rsidRPr="00AB30E2">
        <w:rPr>
          <w:b/>
          <w:sz w:val="24"/>
        </w:rPr>
        <w:t>SEÇÃO I</w:t>
      </w:r>
    </w:p>
    <w:p w14:paraId="311E8293" w14:textId="77777777" w:rsidR="00C07598" w:rsidRPr="0057409D" w:rsidRDefault="00E8614B" w:rsidP="00AB30E2">
      <w:pPr>
        <w:spacing w:before="120"/>
        <w:jc w:val="center"/>
      </w:pPr>
      <w:r w:rsidRPr="00AB30E2">
        <w:rPr>
          <w:b/>
        </w:rPr>
        <w:t>DA ASSEMBLEIA GERAL</w:t>
      </w:r>
    </w:p>
    <w:p w14:paraId="7A8403DC" w14:textId="2492D539" w:rsidR="00C07598" w:rsidRPr="00AB30E2" w:rsidRDefault="00E8614B" w:rsidP="00AB30E2">
      <w:pPr>
        <w:spacing w:after="40"/>
        <w:jc w:val="both"/>
      </w:pPr>
      <w:r w:rsidRPr="00AB30E2">
        <w:rPr>
          <w:b/>
        </w:rPr>
        <w:t xml:space="preserve">Art. </w:t>
      </w:r>
      <w:r w:rsidRPr="0057409D">
        <w:rPr>
          <w:b/>
        </w:rPr>
        <w:t>35º</w:t>
      </w:r>
      <w:r w:rsidRPr="00AB30E2">
        <w:rPr>
          <w:b/>
        </w:rPr>
        <w:t xml:space="preserve"> - </w:t>
      </w:r>
      <w:r w:rsidRPr="00AB30E2">
        <w:t>Como órgão soberano da APAS</w:t>
      </w:r>
      <w:r w:rsidRPr="0057409D">
        <w:t>-</w:t>
      </w:r>
      <w:r w:rsidRPr="00AB30E2">
        <w:t>JAÚ, a Assembleia Geral, convocada e instalada de acordo com este Estatuto Social, tem poderes para decidir todas as questões relativas à Associação.</w:t>
      </w:r>
    </w:p>
    <w:p w14:paraId="3595138C" w14:textId="300AA747" w:rsidR="00C07598" w:rsidRPr="00AB30E2" w:rsidRDefault="00E8614B" w:rsidP="00AB30E2">
      <w:pPr>
        <w:spacing w:after="40"/>
        <w:jc w:val="both"/>
      </w:pPr>
      <w:r w:rsidRPr="00AB30E2">
        <w:rPr>
          <w:b/>
        </w:rPr>
        <w:lastRenderedPageBreak/>
        <w:t>Parágrafo úni</w:t>
      </w:r>
      <w:r w:rsidRPr="00AB30E2">
        <w:rPr>
          <w:b/>
        </w:rPr>
        <w:t xml:space="preserve">co </w:t>
      </w:r>
      <w:r w:rsidRPr="0057409D">
        <w:rPr>
          <w:b/>
        </w:rPr>
        <w:t>-</w:t>
      </w:r>
      <w:r w:rsidRPr="00AB30E2">
        <w:rPr>
          <w:b/>
        </w:rPr>
        <w:t xml:space="preserve"> </w:t>
      </w:r>
      <w:r w:rsidRPr="00AB30E2">
        <w:t>O direito de votar será exercido pessoalmente.</w:t>
      </w:r>
    </w:p>
    <w:p w14:paraId="331BA8D1" w14:textId="23C011C8" w:rsidR="00C07598" w:rsidRPr="00AB30E2" w:rsidRDefault="00E8614B" w:rsidP="00AB30E2">
      <w:pPr>
        <w:spacing w:after="40"/>
        <w:jc w:val="both"/>
      </w:pPr>
      <w:r w:rsidRPr="00AB30E2">
        <w:rPr>
          <w:b/>
        </w:rPr>
        <w:t xml:space="preserve">Art. </w:t>
      </w:r>
      <w:r w:rsidRPr="0057409D">
        <w:rPr>
          <w:b/>
        </w:rPr>
        <w:t>36º</w:t>
      </w:r>
      <w:r w:rsidRPr="00AB30E2">
        <w:rPr>
          <w:b/>
        </w:rPr>
        <w:t xml:space="preserve"> - </w:t>
      </w:r>
      <w:r w:rsidRPr="00AB30E2">
        <w:t>Compete privativamente à Assembleia Geral:</w:t>
      </w:r>
    </w:p>
    <w:p w14:paraId="4728344A" w14:textId="1A76E7F8" w:rsidR="00C07598" w:rsidRPr="00AB30E2" w:rsidRDefault="00E8614B" w:rsidP="00AB30E2">
      <w:pPr>
        <w:spacing w:after="40"/>
        <w:ind w:left="397"/>
        <w:jc w:val="both"/>
      </w:pPr>
      <w:r w:rsidRPr="00AB30E2">
        <w:rPr>
          <w:b/>
        </w:rPr>
        <w:t xml:space="preserve">I - </w:t>
      </w:r>
      <w:r w:rsidRPr="00AB30E2">
        <w:t xml:space="preserve">homologar e empossar os eleitos para </w:t>
      </w:r>
      <w:r w:rsidRPr="0057409D">
        <w:t>o Conselho de Administração</w:t>
      </w:r>
      <w:r w:rsidRPr="00AB30E2">
        <w:t xml:space="preserve"> e </w:t>
      </w:r>
      <w:r w:rsidRPr="0057409D">
        <w:t xml:space="preserve">para o </w:t>
      </w:r>
      <w:r w:rsidRPr="00AB30E2">
        <w:t>Conselho Fiscal;</w:t>
      </w:r>
    </w:p>
    <w:p w14:paraId="6C6AD6F8" w14:textId="504708EB" w:rsidR="00C07598" w:rsidRPr="00AB30E2" w:rsidRDefault="00E8614B" w:rsidP="00AB30E2">
      <w:pPr>
        <w:spacing w:after="40"/>
        <w:ind w:left="397"/>
        <w:jc w:val="both"/>
      </w:pPr>
      <w:r w:rsidRPr="00AB30E2">
        <w:rPr>
          <w:b/>
        </w:rPr>
        <w:t>I</w:t>
      </w:r>
      <w:r w:rsidRPr="00AB30E2">
        <w:t xml:space="preserve">I - destituir </w:t>
      </w:r>
      <w:r w:rsidRPr="0057409D">
        <w:t>membros do Conselho de Administração</w:t>
      </w:r>
      <w:r w:rsidRPr="00AB30E2">
        <w:t xml:space="preserve"> e </w:t>
      </w:r>
      <w:r w:rsidRPr="0057409D">
        <w:t>d</w:t>
      </w:r>
      <w:r w:rsidRPr="0057409D">
        <w:t>o Conselho Fiscal</w:t>
      </w:r>
      <w:r w:rsidRPr="00AB30E2">
        <w:t>, nos casos e pelas formas estatutariamente previstos, através de voto secreto;</w:t>
      </w:r>
    </w:p>
    <w:p w14:paraId="59C5CAFF" w14:textId="502E1169" w:rsidR="00C07598" w:rsidRPr="00AB30E2" w:rsidRDefault="00E8614B" w:rsidP="00AB30E2">
      <w:pPr>
        <w:spacing w:after="40"/>
        <w:ind w:left="397"/>
        <w:jc w:val="both"/>
      </w:pPr>
      <w:r w:rsidRPr="00AB30E2">
        <w:rPr>
          <w:b/>
        </w:rPr>
        <w:t>I</w:t>
      </w:r>
      <w:r w:rsidRPr="00AB30E2">
        <w:t>II - escolher os membros da Comissão de Representantes dos Associados, conforme preceitua o Regimento Interno</w:t>
      </w:r>
      <w:r w:rsidRPr="0057409D">
        <w:t>;</w:t>
      </w:r>
    </w:p>
    <w:p w14:paraId="14098FDA" w14:textId="125ED485" w:rsidR="00C07598" w:rsidRPr="00AB30E2" w:rsidRDefault="00E8614B" w:rsidP="00AB30E2">
      <w:pPr>
        <w:spacing w:after="40"/>
        <w:ind w:left="397"/>
        <w:jc w:val="both"/>
      </w:pPr>
      <w:r w:rsidRPr="00AB30E2">
        <w:rPr>
          <w:b/>
        </w:rPr>
        <w:t>I</w:t>
      </w:r>
      <w:r w:rsidRPr="00AB30E2">
        <w:t>V - apreciar e votar</w:t>
      </w:r>
      <w:r w:rsidRPr="00AB30E2">
        <w:t xml:space="preserve"> o relatório, balanço e contas da </w:t>
      </w:r>
      <w:r w:rsidRPr="0057409D">
        <w:t>administração, além dos pareceres</w:t>
      </w:r>
      <w:r w:rsidRPr="00AB30E2">
        <w:t xml:space="preserve"> do Conselho Fiscal</w:t>
      </w:r>
      <w:r w:rsidRPr="0057409D">
        <w:t xml:space="preserve"> e da Auditoria Independente</w:t>
      </w:r>
      <w:r w:rsidRPr="00AB30E2">
        <w:t>;</w:t>
      </w:r>
    </w:p>
    <w:p w14:paraId="4DE0514C" w14:textId="6A907B25" w:rsidR="00C07598" w:rsidRPr="00AB30E2" w:rsidRDefault="00E8614B" w:rsidP="00AB30E2">
      <w:pPr>
        <w:spacing w:after="40"/>
        <w:ind w:left="397"/>
        <w:jc w:val="both"/>
      </w:pPr>
      <w:r w:rsidRPr="00AB30E2">
        <w:rPr>
          <w:b/>
        </w:rPr>
        <w:t xml:space="preserve">V - </w:t>
      </w:r>
      <w:r w:rsidRPr="0057409D">
        <w:t>aprovar</w:t>
      </w:r>
      <w:r w:rsidRPr="00AB30E2">
        <w:t xml:space="preserve"> as contraprestações, contribuições e demais valores fixados para cobrança dos associados e beneficiários</w:t>
      </w:r>
      <w:r w:rsidRPr="0057409D">
        <w:t xml:space="preserve">, além dos respectivos </w:t>
      </w:r>
      <w:r w:rsidRPr="0057409D">
        <w:t>reajustes</w:t>
      </w:r>
      <w:r w:rsidRPr="00AB30E2">
        <w:t>;</w:t>
      </w:r>
    </w:p>
    <w:p w14:paraId="319BA5CE" w14:textId="43D139F8" w:rsidR="00C07598" w:rsidRPr="00AB30E2" w:rsidRDefault="00E8614B" w:rsidP="00AB30E2">
      <w:pPr>
        <w:spacing w:after="40"/>
        <w:ind w:left="397"/>
        <w:jc w:val="both"/>
      </w:pPr>
      <w:r w:rsidRPr="00AB30E2">
        <w:rPr>
          <w:b/>
        </w:rPr>
        <w:t>V</w:t>
      </w:r>
      <w:r w:rsidRPr="00AB30E2">
        <w:t xml:space="preserve">I - ratificar a aceitação, </w:t>
      </w:r>
      <w:r w:rsidRPr="0057409D">
        <w:t>pelo Conselho de Administração</w:t>
      </w:r>
      <w:r w:rsidRPr="00AB30E2">
        <w:t>, de doações de imóveis, legados e subvenções;</w:t>
      </w:r>
    </w:p>
    <w:p w14:paraId="3B349778" w14:textId="77777777" w:rsidR="00C07598" w:rsidRPr="00AB30E2" w:rsidRDefault="00E8614B" w:rsidP="00AB30E2">
      <w:pPr>
        <w:spacing w:after="40"/>
        <w:ind w:left="397"/>
        <w:jc w:val="both"/>
      </w:pPr>
      <w:r w:rsidRPr="00AB30E2">
        <w:rPr>
          <w:b/>
        </w:rPr>
        <w:t>V</w:t>
      </w:r>
      <w:r w:rsidRPr="00AB30E2">
        <w:t>II - decidir, em grau de recurso, as questões que lhe forem estatutariamente atribuídas;</w:t>
      </w:r>
    </w:p>
    <w:p w14:paraId="6BA3A2F1" w14:textId="77777777" w:rsidR="00C07598" w:rsidRPr="00AB30E2" w:rsidRDefault="00E8614B" w:rsidP="00AB30E2">
      <w:pPr>
        <w:spacing w:after="40"/>
        <w:ind w:left="397"/>
        <w:jc w:val="both"/>
      </w:pPr>
      <w:r w:rsidRPr="00AB30E2">
        <w:rPr>
          <w:b/>
        </w:rPr>
        <w:t>V</w:t>
      </w:r>
      <w:r w:rsidRPr="00AB30E2">
        <w:t>III - reformar, no todo ou em parte, o Estatuto S</w:t>
      </w:r>
      <w:r w:rsidRPr="00AB30E2">
        <w:t>ocial;</w:t>
      </w:r>
      <w:r w:rsidRPr="0057409D">
        <w:t xml:space="preserve"> e</w:t>
      </w:r>
    </w:p>
    <w:p w14:paraId="7FAEFB45" w14:textId="2708B069" w:rsidR="00C07598" w:rsidRDefault="00E8614B">
      <w:pPr>
        <w:spacing w:after="40"/>
        <w:ind w:left="397"/>
        <w:jc w:val="both"/>
      </w:pPr>
      <w:r w:rsidRPr="00AB30E2">
        <w:rPr>
          <w:b/>
        </w:rPr>
        <w:t>I</w:t>
      </w:r>
      <w:r w:rsidRPr="00AB30E2">
        <w:t>X - deliberar sobre a extinção da APAS</w:t>
      </w:r>
      <w:r w:rsidRPr="0057409D">
        <w:t>-</w:t>
      </w:r>
      <w:r w:rsidRPr="00AB30E2">
        <w:t>JAÚ, nomeando o liquidante e deliberando sobre a destinação dos bens, observada a legislação vigente.</w:t>
      </w:r>
    </w:p>
    <w:p w14:paraId="017CEEED" w14:textId="6E2F3C0A" w:rsidR="001965E8" w:rsidRPr="00AB30E2" w:rsidRDefault="001965E8" w:rsidP="001965E8">
      <w:pPr>
        <w:spacing w:after="40"/>
        <w:ind w:left="397"/>
        <w:jc w:val="both"/>
      </w:pPr>
      <w:r w:rsidRPr="001965E8">
        <w:t>X – aprovar ou rejeitar as deliberações do Conselho de Administração relativas à celebração, alteração ou rescisão de convênios de adesão com patrocinadores.</w:t>
      </w:r>
    </w:p>
    <w:p w14:paraId="76EA92DB" w14:textId="10360016" w:rsidR="00C07598" w:rsidRPr="00AB30E2" w:rsidRDefault="00E8614B" w:rsidP="00AB30E2">
      <w:pPr>
        <w:spacing w:after="40"/>
        <w:jc w:val="both"/>
      </w:pPr>
      <w:r w:rsidRPr="00AB30E2">
        <w:rPr>
          <w:b/>
        </w:rPr>
        <w:t xml:space="preserve">Parágrafo único </w:t>
      </w:r>
      <w:r w:rsidRPr="0057409D">
        <w:rPr>
          <w:b/>
        </w:rPr>
        <w:t>-</w:t>
      </w:r>
      <w:r w:rsidRPr="00AB30E2">
        <w:rPr>
          <w:b/>
        </w:rPr>
        <w:t xml:space="preserve"> </w:t>
      </w:r>
      <w:r w:rsidRPr="00AB30E2">
        <w:t>As contas anuais, com os respectivos pareceres do Conselho</w:t>
      </w:r>
      <w:r w:rsidRPr="0057409D">
        <w:t xml:space="preserve"> Fiscal</w:t>
      </w:r>
      <w:r w:rsidRPr="00AB30E2">
        <w:t>, poderão ser examinadas por quaisquer associados na Tesouraria, em horário de expediente, nos 10 (dez) dias que anteced</w:t>
      </w:r>
      <w:r w:rsidRPr="00AB30E2">
        <w:t xml:space="preserve">erem </w:t>
      </w:r>
      <w:r w:rsidRPr="0057409D">
        <w:t>a</w:t>
      </w:r>
      <w:r w:rsidRPr="00AB30E2">
        <w:t xml:space="preserve"> realização da Assembleia Geral.</w:t>
      </w:r>
    </w:p>
    <w:p w14:paraId="2010C117" w14:textId="6AE610F7" w:rsidR="00C07598" w:rsidRPr="0057409D" w:rsidRDefault="00E8614B" w:rsidP="00AB30E2">
      <w:pPr>
        <w:spacing w:after="40"/>
        <w:jc w:val="both"/>
      </w:pPr>
      <w:r w:rsidRPr="0057409D">
        <w:rPr>
          <w:b/>
        </w:rPr>
        <w:t>Art. 37º -</w:t>
      </w:r>
      <w:r w:rsidRPr="00AB30E2">
        <w:rPr>
          <w:b/>
        </w:rPr>
        <w:t xml:space="preserve"> </w:t>
      </w:r>
      <w:r w:rsidRPr="0057409D">
        <w:t>A Assembleia Geral é Ordinária quando convocada para apreciação das contas e relatórios anuais e para a realização do processo eleitoral, e Extraordinária nos demais casos.</w:t>
      </w:r>
    </w:p>
    <w:p w14:paraId="3DCC47A1" w14:textId="77777777" w:rsidR="00C07598" w:rsidRPr="0057409D" w:rsidRDefault="00E8614B" w:rsidP="00AB30E2">
      <w:pPr>
        <w:spacing w:after="40"/>
        <w:jc w:val="both"/>
      </w:pPr>
      <w:r w:rsidRPr="0057409D">
        <w:rPr>
          <w:b/>
        </w:rPr>
        <w:t>§ 1º -</w:t>
      </w:r>
      <w:r w:rsidRPr="00AB30E2">
        <w:rPr>
          <w:b/>
        </w:rPr>
        <w:t xml:space="preserve"> </w:t>
      </w:r>
      <w:r w:rsidRPr="0057409D">
        <w:t>Salvo motivo de força maio</w:t>
      </w:r>
      <w:r w:rsidRPr="0057409D">
        <w:t>r, a Assembleia Geral deverá ser realizada na Sede da Associação; se fora da sede, o local deverá, obrigatoriamente, localizar-se na cidade de Jaú.</w:t>
      </w:r>
    </w:p>
    <w:p w14:paraId="60E4AEC6" w14:textId="1725D3A3" w:rsidR="00C07598" w:rsidRPr="00AB30E2" w:rsidRDefault="00E8614B" w:rsidP="00AB30E2">
      <w:pPr>
        <w:spacing w:after="40"/>
        <w:jc w:val="both"/>
      </w:pPr>
      <w:r w:rsidRPr="00AB30E2">
        <w:rPr>
          <w:b/>
        </w:rPr>
        <w:t xml:space="preserve">§ 2º - </w:t>
      </w:r>
      <w:r w:rsidRPr="00AB30E2">
        <w:t>As Assembleias Gerais Ordinária e Extraordinária poderão ser cumulativamente convocadas e sucessivame</w:t>
      </w:r>
      <w:r w:rsidRPr="00AB30E2">
        <w:t xml:space="preserve">nte realizadas, no mesmo local, sendo instrumentadas em </w:t>
      </w:r>
      <w:r w:rsidRPr="0057409D">
        <w:t>livros</w:t>
      </w:r>
      <w:r w:rsidRPr="00AB30E2">
        <w:t xml:space="preserve"> de atas.</w:t>
      </w:r>
    </w:p>
    <w:p w14:paraId="4011C01D" w14:textId="77777777" w:rsidR="00C07598" w:rsidRPr="00AB30E2" w:rsidRDefault="00E8614B" w:rsidP="00AB30E2">
      <w:pPr>
        <w:spacing w:after="40"/>
        <w:jc w:val="both"/>
      </w:pPr>
      <w:r w:rsidRPr="00AB30E2">
        <w:rPr>
          <w:b/>
        </w:rPr>
        <w:t xml:space="preserve">§ 3º - </w:t>
      </w:r>
      <w:r w:rsidRPr="00AB30E2">
        <w:t>Somente poderão participar das Assembleias os associados no gozo dos direitos associativos, entendendo-se como tais os que estejam quites com a Associação.</w:t>
      </w:r>
    </w:p>
    <w:p w14:paraId="0403FEBE" w14:textId="6D8AF00C" w:rsidR="00C07598" w:rsidRPr="00AB30E2" w:rsidRDefault="00E8614B" w:rsidP="00AB30E2">
      <w:pPr>
        <w:spacing w:after="40"/>
        <w:jc w:val="both"/>
      </w:pPr>
      <w:r w:rsidRPr="00AB30E2">
        <w:rPr>
          <w:b/>
        </w:rPr>
        <w:t xml:space="preserve">§ 4º - </w:t>
      </w:r>
      <w:r w:rsidR="00F5484A" w:rsidRPr="00F5484A">
        <w:t>Em situações excepcionais – ou seja, quando, e somente quando não for possível a realização de assembleias e reuniões deliberativas de forma presencial por decisão de autoridade competente: e quando houver necessidade justificada e inadiável de sua realização, tais atos poderão ser realizados de forma virtual ou semipresencial, com votação eletrônica ou por meio de boletim de voto a distância, segundo a sistemática adotada oficialmente para as demais entidades empresariais.</w:t>
      </w:r>
    </w:p>
    <w:p w14:paraId="28506936" w14:textId="39226E39" w:rsidR="00C07598" w:rsidRPr="00AB30E2" w:rsidRDefault="00E8614B" w:rsidP="00AB30E2">
      <w:pPr>
        <w:spacing w:after="40"/>
        <w:jc w:val="both"/>
      </w:pPr>
      <w:r w:rsidRPr="00AB30E2">
        <w:rPr>
          <w:b/>
        </w:rPr>
        <w:t xml:space="preserve">Art. </w:t>
      </w:r>
      <w:r w:rsidRPr="0057409D">
        <w:rPr>
          <w:b/>
        </w:rPr>
        <w:t>38º</w:t>
      </w:r>
      <w:r w:rsidRPr="00AB30E2">
        <w:rPr>
          <w:b/>
        </w:rPr>
        <w:t xml:space="preserve"> - </w:t>
      </w:r>
      <w:r w:rsidRPr="00AB30E2">
        <w:t>A Assembleia Geral será instalada, e</w:t>
      </w:r>
      <w:r w:rsidRPr="00AB30E2">
        <w:t xml:space="preserve">m primeira convocação, com a maioria absoluta dos associados titulares e, em segunda convocação, 30 (trinta) minutos após o horário </w:t>
      </w:r>
      <w:r w:rsidRPr="0057409D">
        <w:t>predeterminado</w:t>
      </w:r>
      <w:r w:rsidRPr="00AB30E2">
        <w:t>, com qualquer número de associados titulares presentes.</w:t>
      </w:r>
    </w:p>
    <w:p w14:paraId="2FE0FA36" w14:textId="7978ED75" w:rsidR="00C07598" w:rsidRPr="0057409D" w:rsidRDefault="00E8614B" w:rsidP="00AB30E2">
      <w:pPr>
        <w:spacing w:after="40"/>
        <w:jc w:val="both"/>
      </w:pPr>
      <w:r w:rsidRPr="0057409D">
        <w:rPr>
          <w:b/>
        </w:rPr>
        <w:t>§ 1º -</w:t>
      </w:r>
      <w:r w:rsidRPr="00AB30E2">
        <w:rPr>
          <w:b/>
        </w:rPr>
        <w:t xml:space="preserve"> </w:t>
      </w:r>
      <w:r w:rsidRPr="0057409D">
        <w:t>Para as deliberações a que se referem os incis</w:t>
      </w:r>
      <w:r w:rsidRPr="0057409D">
        <w:t>os II, VIII e IX do art. 36, será exigido o voto concorde de 2/3 (dois terços) dos associados presentes à Assembleia Geral especialmente convocada para esse fim.</w:t>
      </w:r>
    </w:p>
    <w:p w14:paraId="64EBA8EE" w14:textId="0627F213" w:rsidR="00C07598" w:rsidRPr="0057409D" w:rsidRDefault="00E8614B" w:rsidP="00AB30E2">
      <w:pPr>
        <w:spacing w:after="40"/>
        <w:jc w:val="both"/>
      </w:pPr>
      <w:r w:rsidRPr="0057409D">
        <w:rPr>
          <w:b/>
        </w:rPr>
        <w:t>§ 2º -</w:t>
      </w:r>
      <w:r w:rsidRPr="00AB30E2">
        <w:rPr>
          <w:b/>
        </w:rPr>
        <w:t xml:space="preserve"> </w:t>
      </w:r>
      <w:r w:rsidRPr="0057409D">
        <w:t xml:space="preserve">Para as deliberações dos demais incisos do art. 36, será exigido o voto da maioria dos </w:t>
      </w:r>
      <w:r w:rsidRPr="0057409D">
        <w:t>associados titulares presentes.</w:t>
      </w:r>
    </w:p>
    <w:p w14:paraId="3FBC9EF5" w14:textId="77777777" w:rsidR="00C07598" w:rsidRPr="0057409D" w:rsidRDefault="00E8614B" w:rsidP="00AB30E2">
      <w:pPr>
        <w:spacing w:after="40"/>
        <w:jc w:val="both"/>
      </w:pPr>
      <w:r w:rsidRPr="0057409D">
        <w:rPr>
          <w:b/>
        </w:rPr>
        <w:t>§ 3º -</w:t>
      </w:r>
      <w:r w:rsidRPr="00AB30E2">
        <w:rPr>
          <w:b/>
        </w:rPr>
        <w:t xml:space="preserve"> </w:t>
      </w:r>
      <w:r w:rsidRPr="0057409D">
        <w:t>A presença dos associados será verificada pelas assinaturas apostas em livro próprio.</w:t>
      </w:r>
    </w:p>
    <w:p w14:paraId="422AF771" w14:textId="067F22B7" w:rsidR="00C07598" w:rsidRDefault="00E8614B" w:rsidP="00AB30E2">
      <w:pPr>
        <w:spacing w:after="40"/>
        <w:jc w:val="both"/>
      </w:pPr>
      <w:r w:rsidRPr="0057409D">
        <w:rPr>
          <w:b/>
        </w:rPr>
        <w:t>Art. 39º -</w:t>
      </w:r>
      <w:r w:rsidRPr="00AB30E2">
        <w:rPr>
          <w:b/>
        </w:rPr>
        <w:t xml:space="preserve"> </w:t>
      </w:r>
      <w:r w:rsidRPr="0057409D">
        <w:t xml:space="preserve">A Assembleia Geral Ordinária será realizada na segunda quinzena do mês de junho, e a convocação dos associados será </w:t>
      </w:r>
      <w:r w:rsidRPr="0057409D">
        <w:t>feita por correspondência, com antecedência de, no mínimo, 30 (trinta) dias.</w:t>
      </w:r>
    </w:p>
    <w:p w14:paraId="7F1246C2" w14:textId="614958B9" w:rsidR="00F5484A" w:rsidRPr="00B2081A" w:rsidRDefault="00F5484A" w:rsidP="00AB30E2">
      <w:pPr>
        <w:spacing w:after="40"/>
        <w:jc w:val="both"/>
      </w:pPr>
      <w:r w:rsidRPr="00F5484A">
        <w:rPr>
          <w:b/>
          <w:bCs/>
        </w:rPr>
        <w:t xml:space="preserve">Parágrafo Único - </w:t>
      </w:r>
      <w:r w:rsidRPr="00B2081A">
        <w:t xml:space="preserve">A Assembleia Geral Ordinária será convocada pelo Presidente do Conselho de Administração, assegurando-se, em caso de omissão, a convocação pelo Conselho Fiscal, por qualquer outro </w:t>
      </w:r>
      <w:r w:rsidRPr="00B2081A">
        <w:lastRenderedPageBreak/>
        <w:t>membro do Conselho de Administração, ou, se perdurar o atraso por mais de 30 (trinta) dias, por qualquer associado com direito a voto</w:t>
      </w:r>
    </w:p>
    <w:p w14:paraId="05638D1C" w14:textId="403F29B4" w:rsidR="00C07598" w:rsidRPr="00AB30E2" w:rsidRDefault="00E8614B" w:rsidP="00AB30E2">
      <w:pPr>
        <w:spacing w:after="40"/>
        <w:jc w:val="both"/>
      </w:pPr>
      <w:r w:rsidRPr="00AB30E2">
        <w:rPr>
          <w:b/>
        </w:rPr>
        <w:t xml:space="preserve">Art. </w:t>
      </w:r>
      <w:r w:rsidRPr="0057409D">
        <w:rPr>
          <w:b/>
        </w:rPr>
        <w:t>40º</w:t>
      </w:r>
      <w:r w:rsidRPr="00AB30E2">
        <w:rPr>
          <w:b/>
        </w:rPr>
        <w:t xml:space="preserve"> - </w:t>
      </w:r>
      <w:r w:rsidRPr="00AB30E2">
        <w:t xml:space="preserve">A Assembleia Geral será presidida e secretariada pelo Presidente e </w:t>
      </w:r>
      <w:r w:rsidRPr="0057409D">
        <w:t xml:space="preserve">pelo </w:t>
      </w:r>
      <w:r w:rsidRPr="00AB30E2">
        <w:t xml:space="preserve">Secretário </w:t>
      </w:r>
      <w:r w:rsidRPr="0057409D">
        <w:t>do Consel</w:t>
      </w:r>
      <w:r w:rsidRPr="0057409D">
        <w:t>ho de Administração</w:t>
      </w:r>
      <w:r w:rsidRPr="00AB30E2">
        <w:t>; na falta, pelo Presidente e Secretário do Conselho Fiscal, ou, se também ausentes, por quem os associados presentes elegerem.</w:t>
      </w:r>
    </w:p>
    <w:p w14:paraId="57292397" w14:textId="0B9BE288" w:rsidR="00C07598" w:rsidRPr="0057409D" w:rsidRDefault="00E8614B" w:rsidP="00AB30E2">
      <w:pPr>
        <w:spacing w:after="40"/>
        <w:jc w:val="both"/>
      </w:pPr>
      <w:r w:rsidRPr="0057409D">
        <w:rPr>
          <w:b/>
        </w:rPr>
        <w:t>Parágrafo único -</w:t>
      </w:r>
      <w:r w:rsidRPr="00AB30E2">
        <w:rPr>
          <w:b/>
        </w:rPr>
        <w:t xml:space="preserve"> </w:t>
      </w:r>
      <w:r w:rsidRPr="0057409D">
        <w:t>No caso de convocação por associados, caberá à Assembleia eleger a Mesa Diretora.</w:t>
      </w:r>
    </w:p>
    <w:p w14:paraId="60474F70" w14:textId="764E3566" w:rsidR="00C07598" w:rsidRPr="00AB30E2" w:rsidRDefault="00E8614B" w:rsidP="00AB30E2">
      <w:pPr>
        <w:spacing w:after="40"/>
        <w:jc w:val="both"/>
      </w:pPr>
      <w:r w:rsidRPr="00AB30E2">
        <w:rPr>
          <w:b/>
        </w:rPr>
        <w:t xml:space="preserve">Art. </w:t>
      </w:r>
      <w:r w:rsidRPr="0057409D">
        <w:rPr>
          <w:b/>
        </w:rPr>
        <w:t>41º</w:t>
      </w:r>
      <w:r w:rsidRPr="00AB30E2">
        <w:rPr>
          <w:b/>
        </w:rPr>
        <w:t xml:space="preserve"> </w:t>
      </w:r>
      <w:r w:rsidRPr="00AB30E2">
        <w:rPr>
          <w:b/>
        </w:rPr>
        <w:t xml:space="preserve">- </w:t>
      </w:r>
      <w:r w:rsidRPr="00AB30E2">
        <w:t>Salvo os casos expressos, as deliberações da Assembleia Geral serão tomadas pela maioria simples dos presentes.</w:t>
      </w:r>
    </w:p>
    <w:p w14:paraId="2ABF77FF" w14:textId="506032E2" w:rsidR="00C07598" w:rsidRPr="0057409D" w:rsidRDefault="00E8614B" w:rsidP="00AB30E2">
      <w:pPr>
        <w:spacing w:after="40"/>
        <w:jc w:val="both"/>
      </w:pPr>
      <w:r w:rsidRPr="0057409D">
        <w:rPr>
          <w:b/>
        </w:rPr>
        <w:t>§ 1º -</w:t>
      </w:r>
      <w:r w:rsidRPr="00AB30E2">
        <w:rPr>
          <w:b/>
        </w:rPr>
        <w:t xml:space="preserve"> </w:t>
      </w:r>
      <w:r w:rsidRPr="0057409D">
        <w:t xml:space="preserve">Para destituição do Conselho de Administração, do Conselho Fiscal ou de seus membros, para as alterações estatutárias, assim como para </w:t>
      </w:r>
      <w:r w:rsidRPr="0057409D">
        <w:t>a extinção da APAS-JAÚ, será exigido o voto concorde de 2/3 (dois terços) dos associados presentes.</w:t>
      </w:r>
    </w:p>
    <w:p w14:paraId="0E6B323A" w14:textId="2BD4614C" w:rsidR="00C07598" w:rsidRPr="00AB30E2" w:rsidRDefault="00E8614B" w:rsidP="00AB30E2">
      <w:pPr>
        <w:spacing w:after="40"/>
        <w:jc w:val="both"/>
      </w:pPr>
      <w:r w:rsidRPr="00AB30E2">
        <w:rPr>
          <w:b/>
        </w:rPr>
        <w:t xml:space="preserve">§ 2º - </w:t>
      </w:r>
      <w:r w:rsidRPr="00AB30E2">
        <w:t>A deliberação sobre extinção da APAS</w:t>
      </w:r>
      <w:r w:rsidRPr="0057409D">
        <w:t>-</w:t>
      </w:r>
      <w:r w:rsidRPr="00AB30E2">
        <w:t>JAÚ e destinação de seus bens deverá ser ratificada em segunda Assembleia Geral, realizada com intervalo não inf</w:t>
      </w:r>
      <w:r w:rsidRPr="00AB30E2">
        <w:t>erior a 10 (dez) e não superior a 20 (vinte) dias da primeira.</w:t>
      </w:r>
    </w:p>
    <w:p w14:paraId="4172A493" w14:textId="39FDC920" w:rsidR="00C07598" w:rsidRPr="0057409D" w:rsidRDefault="00E8614B" w:rsidP="00AB30E2">
      <w:pPr>
        <w:spacing w:after="40"/>
        <w:jc w:val="both"/>
      </w:pPr>
      <w:r w:rsidRPr="0057409D">
        <w:rPr>
          <w:b/>
        </w:rPr>
        <w:t>Art. 42º -</w:t>
      </w:r>
      <w:r w:rsidRPr="00AB30E2">
        <w:rPr>
          <w:b/>
        </w:rPr>
        <w:t xml:space="preserve"> </w:t>
      </w:r>
      <w:r w:rsidRPr="0057409D">
        <w:t>A Assembleia Geral Extraordinária será convocada pelo Presidente do Conselho de Administração, pelo Presidente do Conselho Fiscal, pela maioria dos membros desses órgãos, ou a requer</w:t>
      </w:r>
      <w:r w:rsidRPr="0057409D">
        <w:t>imento de, pelo menos, 1/5 (um quinto) da totalidade dos associados com direito a voto.</w:t>
      </w:r>
    </w:p>
    <w:p w14:paraId="66207C82" w14:textId="77777777" w:rsidR="00C07598" w:rsidRPr="0057409D" w:rsidRDefault="00E8614B" w:rsidP="00AB30E2">
      <w:pPr>
        <w:spacing w:after="40"/>
        <w:jc w:val="both"/>
      </w:pPr>
      <w:r w:rsidRPr="0057409D">
        <w:rPr>
          <w:b/>
        </w:rPr>
        <w:t>§ 1º -</w:t>
      </w:r>
      <w:r w:rsidRPr="00AB30E2">
        <w:rPr>
          <w:b/>
        </w:rPr>
        <w:t xml:space="preserve"> </w:t>
      </w:r>
      <w:r w:rsidRPr="0057409D">
        <w:t>Em caso de urgência devidamente reconhecida pelo Conselho Fiscal, o prazo para convocação da Assembleia Geral Extraordinária será de 3 (três) dias.</w:t>
      </w:r>
    </w:p>
    <w:p w14:paraId="075570A8" w14:textId="77777777" w:rsidR="00C07598" w:rsidRPr="00AB30E2" w:rsidRDefault="00E8614B" w:rsidP="00AB30E2">
      <w:pPr>
        <w:spacing w:after="40"/>
        <w:jc w:val="both"/>
      </w:pPr>
      <w:r w:rsidRPr="00AB30E2">
        <w:rPr>
          <w:b/>
        </w:rPr>
        <w:t xml:space="preserve">§ 2º - </w:t>
      </w:r>
      <w:r w:rsidRPr="00AB30E2">
        <w:t xml:space="preserve">O </w:t>
      </w:r>
      <w:r w:rsidRPr="00AB30E2">
        <w:t>requerimento de convocação, formulado pelos associados</w:t>
      </w:r>
      <w:r w:rsidRPr="0057409D">
        <w:t>,</w:t>
      </w:r>
      <w:r w:rsidRPr="00AB30E2">
        <w:t xml:space="preserve"> deverá obrigatoriamente indicar, expressamente, a matéria a ser submetida à Assembleia.</w:t>
      </w:r>
    </w:p>
    <w:p w14:paraId="73CF7FF2" w14:textId="5819934F" w:rsidR="00C07598" w:rsidRDefault="00E8614B">
      <w:pPr>
        <w:spacing w:after="40"/>
        <w:jc w:val="both"/>
        <w:rPr>
          <w:rFonts w:cs="Times New Roman"/>
          <w:sz w:val="20"/>
          <w:szCs w:val="20"/>
          <w:lang w:eastAsia="pt-BR"/>
        </w:rPr>
      </w:pPr>
      <w:r w:rsidRPr="00AB30E2">
        <w:rPr>
          <w:b/>
        </w:rPr>
        <w:t xml:space="preserve">§ 3º - </w:t>
      </w:r>
      <w:r w:rsidRPr="00AB30E2">
        <w:t>Se o Presidente, no prazo de 20 (vinte) dias, contados da entrega do requerimento na secretaria, não conv</w:t>
      </w:r>
      <w:r w:rsidRPr="00AB30E2">
        <w:t>ocar a Assembleia regularmente requerida, poderão os associados fazê-lo observando as demais regras e formalidades aqui estabelecidas.</w:t>
      </w:r>
    </w:p>
    <w:p w14:paraId="15AE42BB" w14:textId="29E30539" w:rsidR="001965E8" w:rsidRPr="00B2081A" w:rsidRDefault="001965E8" w:rsidP="001965E8">
      <w:pPr>
        <w:spacing w:after="40"/>
        <w:jc w:val="both"/>
      </w:pPr>
      <w:r w:rsidRPr="00F5484A">
        <w:rPr>
          <w:b/>
          <w:bCs/>
        </w:rPr>
        <w:t xml:space="preserve">§ 4º. </w:t>
      </w:r>
      <w:r w:rsidRPr="00B2081A">
        <w:t>A Assembleia Geral Extraordinária poderá ser convocada especialmente para deliberar sobre a celebração, alteração ou rescisão de convênio de adesão com patrocinador.</w:t>
      </w:r>
    </w:p>
    <w:p w14:paraId="7A6C597A" w14:textId="5BA06F17" w:rsidR="00C07598" w:rsidRPr="00AB30E2" w:rsidRDefault="00E8614B" w:rsidP="00AB30E2">
      <w:pPr>
        <w:spacing w:after="40"/>
        <w:jc w:val="both"/>
      </w:pPr>
      <w:r w:rsidRPr="00AB30E2">
        <w:rPr>
          <w:b/>
        </w:rPr>
        <w:t xml:space="preserve">Art. </w:t>
      </w:r>
      <w:r w:rsidRPr="0057409D">
        <w:rPr>
          <w:b/>
        </w:rPr>
        <w:t>43º</w:t>
      </w:r>
      <w:r w:rsidRPr="00AB30E2">
        <w:rPr>
          <w:b/>
        </w:rPr>
        <w:t xml:space="preserve"> - </w:t>
      </w:r>
      <w:r w:rsidRPr="00AB30E2">
        <w:t xml:space="preserve">As deliberações das Assembleias serão lançadas em atas, assinadas pela mesa diretora, podendo também ser </w:t>
      </w:r>
      <w:r w:rsidRPr="0057409D">
        <w:t>assinadas</w:t>
      </w:r>
      <w:r w:rsidRPr="00AB30E2">
        <w:t xml:space="preserve"> por associados presentes, procedendo-se o registro em cartório no prazo de 30 (</w:t>
      </w:r>
      <w:r w:rsidRPr="00AB30E2">
        <w:t>trinta) dias.</w:t>
      </w:r>
    </w:p>
    <w:p w14:paraId="29B1932F" w14:textId="77777777" w:rsidR="00C07598" w:rsidRPr="0057409D" w:rsidRDefault="00E8614B" w:rsidP="00AB30E2">
      <w:pPr>
        <w:spacing w:before="120"/>
        <w:jc w:val="center"/>
      </w:pPr>
      <w:r w:rsidRPr="00AB30E2">
        <w:rPr>
          <w:b/>
          <w:sz w:val="24"/>
        </w:rPr>
        <w:t>SEÇÃO II</w:t>
      </w:r>
    </w:p>
    <w:p w14:paraId="1C684147" w14:textId="77777777" w:rsidR="00C07598" w:rsidRPr="0057409D" w:rsidRDefault="00E8614B">
      <w:pPr>
        <w:spacing w:before="120"/>
        <w:jc w:val="center"/>
      </w:pPr>
      <w:r w:rsidRPr="0057409D">
        <w:rPr>
          <w:b/>
        </w:rPr>
        <w:t>DO CONSELHO DE ADMINISTRAÇÃO</w:t>
      </w:r>
    </w:p>
    <w:p w14:paraId="669CF40B" w14:textId="3A423A6F" w:rsidR="00C07598" w:rsidRPr="00B2081A" w:rsidRDefault="00E8614B">
      <w:pPr>
        <w:spacing w:after="40"/>
        <w:jc w:val="both"/>
        <w:rPr>
          <w:bCs/>
        </w:rPr>
      </w:pPr>
      <w:r w:rsidRPr="00F5484A">
        <w:rPr>
          <w:b/>
        </w:rPr>
        <w:t xml:space="preserve">Art. 44º - </w:t>
      </w:r>
      <w:r w:rsidRPr="00B2081A">
        <w:rPr>
          <w:bCs/>
        </w:rPr>
        <w:t>O Conselho de Administração é o órgão colegiado deliberativo superior da APAS-JAÚ, composto por 6 (seis) Conselheiros</w:t>
      </w:r>
      <w:r w:rsidR="00D866CC">
        <w:rPr>
          <w:bCs/>
        </w:rPr>
        <w:t xml:space="preserve">, sendo um Conselheiro Presidente, um Conselheiro Secretário e quatro Conselheiros, todos </w:t>
      </w:r>
      <w:r w:rsidRPr="00B2081A">
        <w:rPr>
          <w:bCs/>
        </w:rPr>
        <w:t>eleitos em Assembleia Geral para mandato de 4 (quatro) anos, sendo permitida a reeleição.</w:t>
      </w:r>
    </w:p>
    <w:p w14:paraId="2E4B2D21" w14:textId="77777777" w:rsidR="00C07598" w:rsidRPr="00B2081A" w:rsidRDefault="00E8614B">
      <w:pPr>
        <w:spacing w:after="40"/>
        <w:jc w:val="both"/>
        <w:rPr>
          <w:bCs/>
        </w:rPr>
      </w:pPr>
      <w:r w:rsidRPr="00F5484A">
        <w:rPr>
          <w:b/>
        </w:rPr>
        <w:t xml:space="preserve">§ 1º - </w:t>
      </w:r>
      <w:r w:rsidRPr="00B2081A">
        <w:rPr>
          <w:bCs/>
        </w:rPr>
        <w:t>Três membros do Conselho de Administração exercerão, cumulativamente, as funções de Presidente, Secretário e Tesoureiro da Diretoria Executi</w:t>
      </w:r>
      <w:r w:rsidRPr="00B2081A">
        <w:rPr>
          <w:bCs/>
        </w:rPr>
        <w:t>va, com indicação específica na chapa.</w:t>
      </w:r>
    </w:p>
    <w:p w14:paraId="150F0A61" w14:textId="56242D14" w:rsidR="00C07598" w:rsidRPr="00B2081A" w:rsidRDefault="00E8614B">
      <w:pPr>
        <w:spacing w:after="40"/>
        <w:jc w:val="both"/>
        <w:rPr>
          <w:bCs/>
        </w:rPr>
      </w:pPr>
      <w:r w:rsidRPr="00F5484A">
        <w:rPr>
          <w:b/>
        </w:rPr>
        <w:t xml:space="preserve">§ 2º - </w:t>
      </w:r>
      <w:r w:rsidRPr="00B2081A">
        <w:rPr>
          <w:bCs/>
        </w:rPr>
        <w:t>Poderão concorrer às vagas do Conselho de Administração os associados em pleno gozo dos direitos estatutários, os beneficiários titulares não associados que contribuam para o custeio do plano e os representante</w:t>
      </w:r>
      <w:r w:rsidRPr="00B2081A">
        <w:rPr>
          <w:bCs/>
        </w:rPr>
        <w:t xml:space="preserve">s indicados por patrocinadores, </w:t>
      </w:r>
      <w:r w:rsidR="004F6D1D" w:rsidRPr="00B2081A">
        <w:rPr>
          <w:bCs/>
        </w:rPr>
        <w:t xml:space="preserve">desde que inscritos há mais de 4 (quatro) anos e </w:t>
      </w:r>
      <w:r w:rsidRPr="00B2081A">
        <w:rPr>
          <w:bCs/>
        </w:rPr>
        <w:t>observadas as regras deste Estatuto.</w:t>
      </w:r>
    </w:p>
    <w:p w14:paraId="7D0DF856" w14:textId="77777777" w:rsidR="00C07598" w:rsidRPr="00B2081A" w:rsidRDefault="00E8614B">
      <w:pPr>
        <w:spacing w:after="40"/>
        <w:jc w:val="both"/>
        <w:rPr>
          <w:bCs/>
        </w:rPr>
      </w:pPr>
      <w:r w:rsidRPr="00F5484A">
        <w:rPr>
          <w:b/>
        </w:rPr>
        <w:t xml:space="preserve">§ 3º - </w:t>
      </w:r>
      <w:r w:rsidRPr="00B2081A">
        <w:rPr>
          <w:bCs/>
        </w:rPr>
        <w:t>Não poderão ser eleitos para o Conselho Fiscal os integrantes do Conselho de Administração.</w:t>
      </w:r>
    </w:p>
    <w:p w14:paraId="1BFCF7ED" w14:textId="77777777" w:rsidR="00C07598" w:rsidRPr="0057409D" w:rsidRDefault="00E8614B">
      <w:pPr>
        <w:spacing w:after="40"/>
        <w:jc w:val="both"/>
        <w:rPr>
          <w:rFonts w:cs="Times New Roman"/>
          <w:sz w:val="20"/>
          <w:szCs w:val="20"/>
          <w:lang w:eastAsia="pt-BR"/>
        </w:rPr>
      </w:pPr>
      <w:r w:rsidRPr="00AB30E2">
        <w:rPr>
          <w:b/>
        </w:rPr>
        <w:t xml:space="preserve">Art. </w:t>
      </w:r>
      <w:r w:rsidRPr="0057409D">
        <w:rPr>
          <w:b/>
        </w:rPr>
        <w:t xml:space="preserve">45º - </w:t>
      </w:r>
      <w:r w:rsidRPr="0057409D">
        <w:t>Compete ao Conselho de Admin</w:t>
      </w:r>
      <w:r w:rsidRPr="0057409D">
        <w:t>istração:</w:t>
      </w:r>
    </w:p>
    <w:p w14:paraId="52BFFC2A" w14:textId="77777777" w:rsidR="00C07598" w:rsidRPr="0057409D" w:rsidRDefault="00E8614B">
      <w:pPr>
        <w:spacing w:after="40"/>
        <w:ind w:left="397"/>
        <w:jc w:val="both"/>
      </w:pPr>
      <w:r w:rsidRPr="0057409D">
        <w:rPr>
          <w:b/>
        </w:rPr>
        <w:t xml:space="preserve">I - </w:t>
      </w:r>
      <w:r w:rsidRPr="0057409D">
        <w:t>estabelecer as diretrizes estratégicas da APAS-JAÚ e aprovar seu plano de atividades;</w:t>
      </w:r>
    </w:p>
    <w:p w14:paraId="2A39B286" w14:textId="77777777" w:rsidR="00C07598" w:rsidRPr="0057409D" w:rsidRDefault="00E8614B">
      <w:pPr>
        <w:spacing w:after="40"/>
        <w:ind w:left="397"/>
        <w:jc w:val="both"/>
      </w:pPr>
      <w:r w:rsidRPr="0057409D">
        <w:rPr>
          <w:b/>
        </w:rPr>
        <w:t>I</w:t>
      </w:r>
      <w:r w:rsidRPr="0057409D">
        <w:t>I - aprovar os planos de atividades e respectivos orçamentos;</w:t>
      </w:r>
    </w:p>
    <w:p w14:paraId="02827B4D" w14:textId="5931034F" w:rsidR="00C07598" w:rsidRPr="00B2081A" w:rsidRDefault="001965E8">
      <w:pPr>
        <w:spacing w:after="40"/>
        <w:ind w:left="397"/>
        <w:jc w:val="both"/>
        <w:rPr>
          <w:bCs/>
        </w:rPr>
      </w:pPr>
      <w:r w:rsidRPr="001965E8">
        <w:rPr>
          <w:b/>
        </w:rPr>
        <w:t xml:space="preserve">III – </w:t>
      </w:r>
      <w:r w:rsidRPr="00B2081A">
        <w:rPr>
          <w:bCs/>
        </w:rPr>
        <w:t>deliberar sobre a celebração, alteração e rescisão de convênios de adesão com patrocinadores, submetendo obrigatoriamente a deliberação à aprovação da Assembleia Geral;</w:t>
      </w:r>
    </w:p>
    <w:p w14:paraId="62C0EA6C" w14:textId="77777777" w:rsidR="00C07598" w:rsidRPr="0057409D" w:rsidRDefault="00E8614B">
      <w:pPr>
        <w:spacing w:after="40"/>
        <w:ind w:left="397"/>
        <w:jc w:val="both"/>
      </w:pPr>
      <w:r w:rsidRPr="0057409D">
        <w:rPr>
          <w:b/>
        </w:rPr>
        <w:t>I</w:t>
      </w:r>
      <w:r w:rsidRPr="0057409D">
        <w:t>V - supervisionar a execução das atividades administrativas e assistenciais;</w:t>
      </w:r>
    </w:p>
    <w:p w14:paraId="1DEE2CF2" w14:textId="77777777" w:rsidR="00C07598" w:rsidRPr="0057409D" w:rsidRDefault="00E8614B">
      <w:pPr>
        <w:spacing w:after="40"/>
        <w:ind w:left="397"/>
        <w:jc w:val="both"/>
      </w:pPr>
      <w:r w:rsidRPr="0057409D">
        <w:rPr>
          <w:b/>
        </w:rPr>
        <w:lastRenderedPageBreak/>
        <w:t xml:space="preserve">V - </w:t>
      </w:r>
      <w:r w:rsidRPr="0057409D">
        <w:t>aprovar a contratação de auditoria independente;</w:t>
      </w:r>
    </w:p>
    <w:p w14:paraId="553F061F" w14:textId="77777777" w:rsidR="00C07598" w:rsidRPr="0057409D" w:rsidRDefault="00E8614B">
      <w:pPr>
        <w:spacing w:after="40"/>
        <w:ind w:left="397"/>
        <w:jc w:val="both"/>
      </w:pPr>
      <w:r w:rsidRPr="0057409D">
        <w:rPr>
          <w:b/>
        </w:rPr>
        <w:t>V</w:t>
      </w:r>
      <w:r w:rsidRPr="0057409D">
        <w:t>I - apreciar os relatórios econômico-finan</w:t>
      </w:r>
      <w:r w:rsidRPr="0057409D">
        <w:t>ceiros, balanços anuais e contas da administração, acompanhados dos pareceres do Conselho Fiscal e da Auditoria Independente, e encaminhá-los à Assembleia Geral;</w:t>
      </w:r>
    </w:p>
    <w:p w14:paraId="6DDAB4AB" w14:textId="77777777" w:rsidR="00C07598" w:rsidRPr="0057409D" w:rsidRDefault="00E8614B">
      <w:pPr>
        <w:spacing w:after="40"/>
        <w:ind w:left="397"/>
        <w:jc w:val="both"/>
      </w:pPr>
      <w:r w:rsidRPr="0057409D">
        <w:rPr>
          <w:b/>
        </w:rPr>
        <w:t>V</w:t>
      </w:r>
      <w:r w:rsidRPr="0057409D">
        <w:t>II - propor à Assembleia Geral o valor das contraprestações, contribuições, taxas e respectiv</w:t>
      </w:r>
      <w:r w:rsidRPr="0057409D">
        <w:t>os reajustes;</w:t>
      </w:r>
    </w:p>
    <w:p w14:paraId="7A51E30D" w14:textId="77777777" w:rsidR="00C07598" w:rsidRPr="0057409D" w:rsidRDefault="00E8614B">
      <w:pPr>
        <w:spacing w:after="40"/>
        <w:ind w:left="397"/>
        <w:jc w:val="both"/>
      </w:pPr>
      <w:r w:rsidRPr="0057409D">
        <w:rPr>
          <w:b/>
        </w:rPr>
        <w:t>V</w:t>
      </w:r>
      <w:r w:rsidRPr="0057409D">
        <w:t>III - autorizar a aquisição, alienação ou oneração de bens imóveis, submetendo a deliberação à Assembleia Geral;</w:t>
      </w:r>
    </w:p>
    <w:p w14:paraId="32806F52" w14:textId="77777777" w:rsidR="00C07598" w:rsidRPr="0057409D" w:rsidRDefault="00E8614B">
      <w:pPr>
        <w:spacing w:after="40"/>
        <w:ind w:left="397"/>
        <w:jc w:val="both"/>
      </w:pPr>
      <w:r w:rsidRPr="0057409D">
        <w:rPr>
          <w:b/>
        </w:rPr>
        <w:t>I</w:t>
      </w:r>
      <w:r w:rsidRPr="0057409D">
        <w:t>X - deliberar sobre a convocação da Assembleia Geral;</w:t>
      </w:r>
    </w:p>
    <w:p w14:paraId="043B7189" w14:textId="77777777" w:rsidR="00C07598" w:rsidRPr="0057409D" w:rsidRDefault="00E8614B">
      <w:pPr>
        <w:spacing w:after="40"/>
        <w:ind w:left="397"/>
        <w:jc w:val="both"/>
      </w:pPr>
      <w:r w:rsidRPr="0057409D">
        <w:rPr>
          <w:b/>
        </w:rPr>
        <w:t xml:space="preserve">X - </w:t>
      </w:r>
      <w:r w:rsidRPr="0057409D">
        <w:t>aceitar doações de imóveis, legados e subvenções, ad referendum da As</w:t>
      </w:r>
      <w:r w:rsidRPr="0057409D">
        <w:t>sembleia Geral;</w:t>
      </w:r>
    </w:p>
    <w:p w14:paraId="777F58F4" w14:textId="77777777" w:rsidR="00C07598" w:rsidRPr="0057409D" w:rsidRDefault="00E8614B">
      <w:pPr>
        <w:spacing w:after="40"/>
        <w:ind w:left="397"/>
        <w:jc w:val="both"/>
      </w:pPr>
      <w:r w:rsidRPr="0057409D">
        <w:rPr>
          <w:b/>
        </w:rPr>
        <w:t>X</w:t>
      </w:r>
      <w:r w:rsidRPr="0057409D">
        <w:t>I - criar departamentos, ouvido o Conselho Fiscal, cabendo ao Regimento Interno definir sua constituição e atribuições;</w:t>
      </w:r>
    </w:p>
    <w:p w14:paraId="6B846DB7" w14:textId="77777777" w:rsidR="00C07598" w:rsidRPr="0057409D" w:rsidRDefault="00E8614B">
      <w:pPr>
        <w:spacing w:after="40"/>
        <w:ind w:left="397"/>
        <w:jc w:val="both"/>
      </w:pPr>
      <w:r w:rsidRPr="0057409D">
        <w:rPr>
          <w:b/>
        </w:rPr>
        <w:t>X</w:t>
      </w:r>
      <w:r w:rsidRPr="0057409D">
        <w:t>II - deliberar sobre admissão, demissão, readmissão e exclusão de associados;</w:t>
      </w:r>
    </w:p>
    <w:p w14:paraId="52720708" w14:textId="77777777" w:rsidR="00C07598" w:rsidRPr="0057409D" w:rsidRDefault="00E8614B">
      <w:pPr>
        <w:spacing w:after="40"/>
        <w:ind w:left="397"/>
        <w:jc w:val="both"/>
      </w:pPr>
      <w:r w:rsidRPr="0057409D">
        <w:rPr>
          <w:b/>
        </w:rPr>
        <w:t>X</w:t>
      </w:r>
      <w:r w:rsidRPr="0057409D">
        <w:t xml:space="preserve">III - deliberar sobre os casos omissos </w:t>
      </w:r>
      <w:r w:rsidRPr="0057409D">
        <w:t>deste Estatuto e do Regimento Interno, ad referendum da Assembleia Geral quando a matéria for de competência desta; e</w:t>
      </w:r>
    </w:p>
    <w:p w14:paraId="7B8499FD" w14:textId="77777777" w:rsidR="00C07598" w:rsidRPr="0057409D" w:rsidRDefault="00E8614B">
      <w:pPr>
        <w:spacing w:after="40"/>
        <w:ind w:left="397"/>
        <w:jc w:val="both"/>
      </w:pPr>
      <w:r w:rsidRPr="0057409D">
        <w:rPr>
          <w:b/>
        </w:rPr>
        <w:t>X</w:t>
      </w:r>
      <w:r w:rsidRPr="0057409D">
        <w:t>IV - exercer as demais atribuições previstas neste Estatuto.</w:t>
      </w:r>
    </w:p>
    <w:p w14:paraId="2914882E" w14:textId="77777777" w:rsidR="00C07598" w:rsidRPr="0057409D" w:rsidRDefault="00E8614B">
      <w:pPr>
        <w:spacing w:after="40"/>
        <w:jc w:val="both"/>
      </w:pPr>
      <w:r w:rsidRPr="0057409D">
        <w:rPr>
          <w:b/>
        </w:rPr>
        <w:t xml:space="preserve">Art. 46º - </w:t>
      </w:r>
      <w:r w:rsidRPr="0057409D">
        <w:t>O Conselho de Administração reunir-se-á:</w:t>
      </w:r>
    </w:p>
    <w:p w14:paraId="13B91D90" w14:textId="77777777" w:rsidR="00C07598" w:rsidRPr="0057409D" w:rsidRDefault="00E8614B" w:rsidP="00AB30E2">
      <w:pPr>
        <w:spacing w:after="40"/>
        <w:ind w:left="397"/>
        <w:jc w:val="both"/>
      </w:pPr>
      <w:r w:rsidRPr="00AB30E2">
        <w:rPr>
          <w:b/>
        </w:rPr>
        <w:t xml:space="preserve">I - </w:t>
      </w:r>
      <w:r w:rsidRPr="0057409D">
        <w:t xml:space="preserve">ordinariamente, uma </w:t>
      </w:r>
      <w:r w:rsidRPr="0057409D">
        <w:t>vez por mês; e</w:t>
      </w:r>
    </w:p>
    <w:p w14:paraId="3FAFD06A" w14:textId="77777777" w:rsidR="00C07598" w:rsidRPr="0057409D" w:rsidRDefault="00E8614B">
      <w:pPr>
        <w:spacing w:after="40"/>
        <w:ind w:left="397"/>
        <w:jc w:val="both"/>
      </w:pPr>
      <w:r w:rsidRPr="0057409D">
        <w:rPr>
          <w:b/>
        </w:rPr>
        <w:t>I</w:t>
      </w:r>
      <w:r w:rsidRPr="0057409D">
        <w:t>I - extraordinariamente, por convocação de seu Presidente, da maioria de seus membros ou por solicitação do Conselho Fiscal.</w:t>
      </w:r>
    </w:p>
    <w:p w14:paraId="56DB47B3" w14:textId="61F341EF" w:rsidR="00C07598" w:rsidRPr="0057409D" w:rsidRDefault="00E8614B">
      <w:pPr>
        <w:spacing w:after="40"/>
        <w:jc w:val="both"/>
      </w:pPr>
      <w:r w:rsidRPr="0057409D">
        <w:rPr>
          <w:b/>
        </w:rPr>
        <w:t xml:space="preserve">§ 1º - </w:t>
      </w:r>
      <w:r w:rsidR="004F6D1D">
        <w:t>As decisões serão tomadas por maioria simples de votos; em caso de empate, será realizada uma segunda reunião, com, no mínimo, uma semana de intervalo ou, no caso de assuntos urgentes, com uma hora de intervalo, admitindo-se, para os casos urgentes apenas, a participação virtual dos Conselheiros ausentes à primeira reunião; caso persista o empate na segunda reunião, prevalecerá o voto do Presidente.</w:t>
      </w:r>
    </w:p>
    <w:p w14:paraId="355A8C06" w14:textId="77777777" w:rsidR="00C07598" w:rsidRPr="0057409D" w:rsidRDefault="00E8614B" w:rsidP="00AB30E2">
      <w:pPr>
        <w:spacing w:after="40"/>
        <w:jc w:val="both"/>
      </w:pPr>
      <w:r w:rsidRPr="0057409D">
        <w:rPr>
          <w:b/>
        </w:rPr>
        <w:t>§ 2º -</w:t>
      </w:r>
      <w:r w:rsidRPr="00AB30E2">
        <w:rPr>
          <w:b/>
        </w:rPr>
        <w:t xml:space="preserve"> </w:t>
      </w:r>
      <w:r w:rsidRPr="0057409D">
        <w:t>Será lavrada ata de cada reunião, em livro próprio, na qual serão indicados os nomes dos que comparecerem e as resoluções tomadas, devendo ser assinada por todos os presentes.</w:t>
      </w:r>
    </w:p>
    <w:p w14:paraId="6DBA8E87" w14:textId="77777777" w:rsidR="00C07598" w:rsidRPr="0057409D" w:rsidRDefault="00E8614B">
      <w:pPr>
        <w:spacing w:after="40"/>
        <w:jc w:val="both"/>
      </w:pPr>
      <w:r w:rsidRPr="0057409D">
        <w:rPr>
          <w:b/>
        </w:rPr>
        <w:t xml:space="preserve">§ 3º - </w:t>
      </w:r>
      <w:r w:rsidRPr="0057409D">
        <w:t>Ao faltar à reunião, deverá</w:t>
      </w:r>
      <w:r w:rsidRPr="0057409D">
        <w:t xml:space="preserve"> o Conselheiro apresentar justificativa por escrito, que será submetida à apreciação do Conselho de Administração.</w:t>
      </w:r>
    </w:p>
    <w:p w14:paraId="28FAD4C5" w14:textId="77777777" w:rsidR="00C07598" w:rsidRPr="0057409D" w:rsidRDefault="00E8614B">
      <w:pPr>
        <w:spacing w:after="40"/>
        <w:jc w:val="both"/>
      </w:pPr>
      <w:r w:rsidRPr="0057409D">
        <w:rPr>
          <w:b/>
        </w:rPr>
        <w:t xml:space="preserve">Art. 47º - </w:t>
      </w:r>
      <w:r w:rsidRPr="0057409D">
        <w:t>Perderá o mandato o Conselheiro que:</w:t>
      </w:r>
    </w:p>
    <w:p w14:paraId="39C149A1" w14:textId="77777777" w:rsidR="00C07598" w:rsidRPr="0057409D" w:rsidRDefault="00E8614B">
      <w:pPr>
        <w:spacing w:after="40"/>
        <w:ind w:left="397"/>
        <w:jc w:val="both"/>
      </w:pPr>
      <w:r w:rsidRPr="0057409D">
        <w:rPr>
          <w:b/>
        </w:rPr>
        <w:t xml:space="preserve">I - </w:t>
      </w:r>
      <w:r w:rsidRPr="0057409D">
        <w:t>não tomar posse do cargo no prazo de 30 (trinta) dias; ou</w:t>
      </w:r>
    </w:p>
    <w:p w14:paraId="47328AF1" w14:textId="77777777" w:rsidR="00C07598" w:rsidRPr="0057409D" w:rsidRDefault="00E8614B">
      <w:pPr>
        <w:spacing w:after="40"/>
        <w:ind w:left="397"/>
        <w:jc w:val="both"/>
      </w:pPr>
      <w:r w:rsidRPr="0057409D">
        <w:rPr>
          <w:b/>
        </w:rPr>
        <w:t>I</w:t>
      </w:r>
      <w:r w:rsidRPr="0057409D">
        <w:t>I - deixar de comparecer a 3 (</w:t>
      </w:r>
      <w:r w:rsidRPr="0057409D">
        <w:t>três) reuniões consecutivas ou a 5 (cinco) alternadas durante o ano, salvo por motivo de força maior devidamente comprovado.</w:t>
      </w:r>
    </w:p>
    <w:p w14:paraId="79091724" w14:textId="77777777" w:rsidR="00C07598" w:rsidRPr="0057409D" w:rsidRDefault="00E8614B">
      <w:pPr>
        <w:spacing w:after="40"/>
        <w:jc w:val="both"/>
      </w:pPr>
      <w:r w:rsidRPr="0057409D">
        <w:rPr>
          <w:b/>
        </w:rPr>
        <w:t xml:space="preserve">Parágrafo único - </w:t>
      </w:r>
      <w:r w:rsidRPr="0057409D">
        <w:t>A perda do mandato no Conselho de Administração implica automaticamente a vacância da função que o Conselheiro ev</w:t>
      </w:r>
      <w:r w:rsidRPr="0057409D">
        <w:t>entualmente exerça na Diretoria Executiva.</w:t>
      </w:r>
    </w:p>
    <w:p w14:paraId="6CC9A6E1" w14:textId="77777777" w:rsidR="00C07598" w:rsidRPr="0057409D" w:rsidRDefault="00E8614B">
      <w:pPr>
        <w:spacing w:after="40"/>
        <w:jc w:val="both"/>
      </w:pPr>
      <w:r w:rsidRPr="0057409D">
        <w:rPr>
          <w:b/>
        </w:rPr>
        <w:t xml:space="preserve">Art. 48º - </w:t>
      </w:r>
      <w:r w:rsidRPr="0057409D">
        <w:t>Em caso de renúncia coletiva ou destituição do Conselho de Administração, seus membros ficam obrigados, no prazo de 30 (trinta) dias, a apresentar a prestação das contas de sua gestão ao Conselho Fiscal</w:t>
      </w:r>
      <w:r w:rsidRPr="0057409D">
        <w:t>, que as apreciará e submeterá à aprovação da Assembleia Geral.</w:t>
      </w:r>
    </w:p>
    <w:p w14:paraId="0F13E7AC" w14:textId="77777777" w:rsidR="00C07598" w:rsidRPr="0057409D" w:rsidRDefault="00E8614B">
      <w:pPr>
        <w:spacing w:after="40"/>
        <w:jc w:val="both"/>
      </w:pPr>
      <w:r w:rsidRPr="0057409D">
        <w:rPr>
          <w:b/>
        </w:rPr>
        <w:t xml:space="preserve">Art. 49º - </w:t>
      </w:r>
      <w:r w:rsidRPr="0057409D">
        <w:t>A vacância de cargo do Conselho de Administração será suprida por Conselheiro remanescente escolhido pelo próprio Conselho, em caráter interino, até a próxima Assembleia Geral Ordin</w:t>
      </w:r>
      <w:r w:rsidRPr="0057409D">
        <w:t>ária, quando será realizada eleição específica para preenchimento da vaga.</w:t>
      </w:r>
    </w:p>
    <w:p w14:paraId="09AB748D" w14:textId="77777777" w:rsidR="00C07598" w:rsidRPr="00B2081A" w:rsidRDefault="00E8614B">
      <w:pPr>
        <w:spacing w:after="40"/>
        <w:jc w:val="both"/>
        <w:rPr>
          <w:bCs/>
        </w:rPr>
      </w:pPr>
      <w:r w:rsidRPr="0057409D">
        <w:rPr>
          <w:b/>
        </w:rPr>
        <w:t xml:space="preserve">§ 1º - </w:t>
      </w:r>
      <w:r w:rsidRPr="00B2081A">
        <w:rPr>
          <w:bCs/>
        </w:rPr>
        <w:t>Na vacância da função de Presidente, será observado o regime de substituição previsto no parágrafo único do art. 58; na vacância das funções de Secretário ou Tesoureiro, o Co</w:t>
      </w:r>
      <w:r w:rsidRPr="00B2081A">
        <w:rPr>
          <w:bCs/>
        </w:rPr>
        <w:t>nselho de Administração escolherá, dentre seus membros, substituto interino.</w:t>
      </w:r>
    </w:p>
    <w:p w14:paraId="11A2E824" w14:textId="77777777" w:rsidR="00C07598" w:rsidRPr="0057409D" w:rsidRDefault="00E8614B">
      <w:pPr>
        <w:spacing w:after="40"/>
        <w:jc w:val="both"/>
      </w:pPr>
      <w:r w:rsidRPr="0057409D">
        <w:rPr>
          <w:b/>
        </w:rPr>
        <w:t xml:space="preserve">§ 2º - </w:t>
      </w:r>
      <w:r w:rsidRPr="0057409D">
        <w:t>O eleito para vaga terá mandato pelo período restante do mandato do substituído.</w:t>
      </w:r>
    </w:p>
    <w:p w14:paraId="31B07948" w14:textId="77777777" w:rsidR="00C07598" w:rsidRPr="00AB30E2" w:rsidRDefault="00E8614B" w:rsidP="00AB30E2">
      <w:pPr>
        <w:spacing w:before="120"/>
        <w:jc w:val="center"/>
      </w:pPr>
      <w:r w:rsidRPr="00AB30E2">
        <w:rPr>
          <w:b/>
          <w:sz w:val="24"/>
        </w:rPr>
        <w:t>SEÇÃO III</w:t>
      </w:r>
    </w:p>
    <w:p w14:paraId="5A298E94" w14:textId="77777777" w:rsidR="00C07598" w:rsidRPr="00AB30E2" w:rsidRDefault="00E8614B" w:rsidP="00AB30E2">
      <w:pPr>
        <w:spacing w:before="120"/>
        <w:jc w:val="center"/>
      </w:pPr>
      <w:r w:rsidRPr="0057409D">
        <w:rPr>
          <w:b/>
        </w:rPr>
        <w:t>DO CONSELHO FISCAL</w:t>
      </w:r>
    </w:p>
    <w:p w14:paraId="074FB24A" w14:textId="30049D7E" w:rsidR="00C07598" w:rsidRPr="0057409D" w:rsidRDefault="00E8614B" w:rsidP="00AB30E2">
      <w:pPr>
        <w:spacing w:after="40"/>
        <w:jc w:val="both"/>
      </w:pPr>
      <w:r w:rsidRPr="0057409D">
        <w:rPr>
          <w:b/>
        </w:rPr>
        <w:lastRenderedPageBreak/>
        <w:t>Art. 50º -</w:t>
      </w:r>
      <w:r w:rsidRPr="00AB30E2">
        <w:rPr>
          <w:b/>
        </w:rPr>
        <w:t xml:space="preserve"> </w:t>
      </w:r>
      <w:r w:rsidRPr="0057409D">
        <w:t>O Conselho Fiscal será composto de 3 (três) membros</w:t>
      </w:r>
      <w:r w:rsidRPr="0057409D">
        <w:t xml:space="preserve">, eleitos em Assembleia Geral para mandato de 4 (quatro) anos, entre associados inscritos no </w:t>
      </w:r>
      <w:r w:rsidRPr="00AB30E2">
        <w:t xml:space="preserve">quadro associativo </w:t>
      </w:r>
      <w:r w:rsidRPr="0057409D">
        <w:t xml:space="preserve">há mais de </w:t>
      </w:r>
      <w:r w:rsidR="00B2081A">
        <w:t>4</w:t>
      </w:r>
      <w:r w:rsidRPr="0057409D">
        <w:t xml:space="preserve"> (</w:t>
      </w:r>
      <w:r w:rsidR="00B2081A">
        <w:t>quatro</w:t>
      </w:r>
      <w:r w:rsidRPr="0057409D">
        <w:t>) anos.</w:t>
      </w:r>
    </w:p>
    <w:p w14:paraId="1777714A" w14:textId="52EF49C0" w:rsidR="00C07598" w:rsidRPr="00AB30E2" w:rsidRDefault="00E8614B" w:rsidP="00AB30E2">
      <w:pPr>
        <w:spacing w:after="40"/>
        <w:jc w:val="both"/>
      </w:pPr>
      <w:r w:rsidRPr="00AB30E2">
        <w:rPr>
          <w:b/>
        </w:rPr>
        <w:t xml:space="preserve">§ 1º - </w:t>
      </w:r>
      <w:r w:rsidRPr="00AB30E2">
        <w:t xml:space="preserve">O Conselho Fiscal considerar-se-á reunido com a participação de </w:t>
      </w:r>
      <w:r w:rsidRPr="0057409D">
        <w:t>pelo menos 2 (dois</w:t>
      </w:r>
      <w:r w:rsidRPr="00AB30E2">
        <w:t>) de seus membros titulares</w:t>
      </w:r>
      <w:r w:rsidRPr="00AB30E2">
        <w:t>, sendo as decisões tomadas por maioria simples de votos</w:t>
      </w:r>
      <w:r w:rsidRPr="0057409D">
        <w:t>, prevalecendo, em caso de empate, o voto de seu Presidente</w:t>
      </w:r>
      <w:r w:rsidRPr="00AB30E2">
        <w:t>.</w:t>
      </w:r>
    </w:p>
    <w:p w14:paraId="5C41E465" w14:textId="77777777" w:rsidR="00C07598" w:rsidRPr="00AB30E2" w:rsidRDefault="00E8614B" w:rsidP="00AB30E2">
      <w:pPr>
        <w:spacing w:after="40"/>
        <w:jc w:val="both"/>
      </w:pPr>
      <w:r w:rsidRPr="00AB30E2">
        <w:rPr>
          <w:b/>
        </w:rPr>
        <w:t xml:space="preserve">§ 2º - </w:t>
      </w:r>
      <w:r w:rsidRPr="00AB30E2">
        <w:t>Será lavrada ata de cada reunião, em livro próprio</w:t>
      </w:r>
      <w:r w:rsidRPr="0057409D">
        <w:t>,</w:t>
      </w:r>
      <w:r w:rsidRPr="00AB30E2">
        <w:t xml:space="preserve"> no qual serão indicados os nomes dos que comparecerem e as resoluções tomadas. A</w:t>
      </w:r>
      <w:r w:rsidRPr="00AB30E2">
        <w:t xml:space="preserve"> ata será assinada por todos os presentes.</w:t>
      </w:r>
    </w:p>
    <w:p w14:paraId="66E3DF97" w14:textId="77777777" w:rsidR="00C07598" w:rsidRPr="0057409D" w:rsidRDefault="00E8614B">
      <w:pPr>
        <w:spacing w:after="40"/>
        <w:jc w:val="both"/>
      </w:pPr>
      <w:r w:rsidRPr="0057409D">
        <w:rPr>
          <w:b/>
        </w:rPr>
        <w:t xml:space="preserve">§ 3º - </w:t>
      </w:r>
      <w:r w:rsidRPr="0057409D">
        <w:t>Perderá o mandato o Conselheiro que deixar de comparecer a 3 (três) reuniões consecutivas ou a 5 (cinco) alternadas durante o ano, salvo por motivo de força maior devidamente comprovado.</w:t>
      </w:r>
    </w:p>
    <w:p w14:paraId="4F058915" w14:textId="77777777" w:rsidR="00C07598" w:rsidRPr="0057409D" w:rsidRDefault="00E8614B">
      <w:pPr>
        <w:spacing w:after="40"/>
        <w:jc w:val="both"/>
      </w:pPr>
      <w:r w:rsidRPr="0057409D">
        <w:rPr>
          <w:b/>
        </w:rPr>
        <w:t xml:space="preserve">§ 4º - </w:t>
      </w:r>
      <w:r w:rsidRPr="0057409D">
        <w:t xml:space="preserve">Ao faltar à </w:t>
      </w:r>
      <w:r w:rsidRPr="0057409D">
        <w:t>reunião, deve o Conselheiro apresentar justificativa por escrito, que será submetida à aprovação do Conselho Fiscal.</w:t>
      </w:r>
    </w:p>
    <w:p w14:paraId="2268D3AE" w14:textId="4A064D63" w:rsidR="00C07598" w:rsidRPr="00AB30E2" w:rsidRDefault="00E8614B" w:rsidP="00AB30E2">
      <w:pPr>
        <w:spacing w:after="40"/>
        <w:jc w:val="both"/>
      </w:pPr>
      <w:r w:rsidRPr="00AB30E2">
        <w:rPr>
          <w:b/>
        </w:rPr>
        <w:t xml:space="preserve">Art. </w:t>
      </w:r>
      <w:r w:rsidRPr="0057409D">
        <w:rPr>
          <w:b/>
        </w:rPr>
        <w:t>51º</w:t>
      </w:r>
      <w:r w:rsidRPr="00AB30E2">
        <w:rPr>
          <w:b/>
        </w:rPr>
        <w:t xml:space="preserve"> - </w:t>
      </w:r>
      <w:r w:rsidRPr="00AB30E2">
        <w:t xml:space="preserve">Compete ao Conselho Fiscal, além das atribuições previstas </w:t>
      </w:r>
      <w:r w:rsidRPr="0057409D">
        <w:t>neste</w:t>
      </w:r>
      <w:r w:rsidRPr="00AB30E2">
        <w:t xml:space="preserve"> Estatuto:</w:t>
      </w:r>
    </w:p>
    <w:p w14:paraId="2A8D8704" w14:textId="77777777" w:rsidR="00C07598" w:rsidRPr="00AB30E2" w:rsidRDefault="00E8614B" w:rsidP="00AB30E2">
      <w:pPr>
        <w:spacing w:after="40"/>
        <w:ind w:left="397"/>
        <w:jc w:val="both"/>
      </w:pPr>
      <w:r w:rsidRPr="00AB30E2">
        <w:rPr>
          <w:b/>
        </w:rPr>
        <w:t xml:space="preserve">I - </w:t>
      </w:r>
      <w:r w:rsidRPr="00AB30E2">
        <w:t>eleger</w:t>
      </w:r>
      <w:r w:rsidRPr="00AB30E2">
        <w:t xml:space="preserve"> seu Presidente, Vice-Presidente e Secretário;</w:t>
      </w:r>
    </w:p>
    <w:p w14:paraId="12815EE6" w14:textId="6ED3B623" w:rsidR="00C07598" w:rsidRPr="00AB30E2" w:rsidRDefault="00E8614B" w:rsidP="00AB30E2">
      <w:pPr>
        <w:spacing w:after="40"/>
        <w:ind w:left="397"/>
        <w:jc w:val="both"/>
      </w:pPr>
      <w:r w:rsidRPr="00AB30E2">
        <w:rPr>
          <w:b/>
        </w:rPr>
        <w:t>I</w:t>
      </w:r>
      <w:r w:rsidRPr="00AB30E2">
        <w:t>I - dar parecer sobre o balancete apresentado pelo Tesoureiro;</w:t>
      </w:r>
    </w:p>
    <w:p w14:paraId="08226B1C" w14:textId="77777777" w:rsidR="00C07598" w:rsidRPr="00AB30E2" w:rsidRDefault="00E8614B" w:rsidP="00AB30E2">
      <w:pPr>
        <w:spacing w:after="40"/>
        <w:ind w:left="397"/>
        <w:jc w:val="both"/>
      </w:pPr>
      <w:r w:rsidRPr="00AB30E2">
        <w:rPr>
          <w:b/>
        </w:rPr>
        <w:t xml:space="preserve">III - </w:t>
      </w:r>
      <w:r w:rsidRPr="00B2081A">
        <w:rPr>
          <w:bCs/>
        </w:rPr>
        <w:t>elaborar seu regimento;</w:t>
      </w:r>
    </w:p>
    <w:p w14:paraId="2B73C493" w14:textId="424BCD27" w:rsidR="00C07598" w:rsidRPr="00AB30E2" w:rsidRDefault="00E8614B" w:rsidP="00AB30E2">
      <w:pPr>
        <w:spacing w:after="40"/>
        <w:ind w:left="397"/>
        <w:jc w:val="both"/>
      </w:pPr>
      <w:r w:rsidRPr="00AB30E2">
        <w:rPr>
          <w:b/>
        </w:rPr>
        <w:t>I</w:t>
      </w:r>
      <w:r w:rsidRPr="00AB30E2">
        <w:t xml:space="preserve">V - dar parecer sobre os relatórios econômico-financeiros apresentados pelo Presidente </w:t>
      </w:r>
      <w:r w:rsidRPr="0057409D">
        <w:t>do Conselho de Administraçã</w:t>
      </w:r>
      <w:r w:rsidRPr="0057409D">
        <w:t>o</w:t>
      </w:r>
      <w:r w:rsidRPr="00AB30E2">
        <w:t xml:space="preserve"> à Assembleia Geral Ordinária;</w:t>
      </w:r>
    </w:p>
    <w:p w14:paraId="1349061C" w14:textId="30A1C08F" w:rsidR="00C07598" w:rsidRPr="00AB30E2" w:rsidRDefault="00E8614B" w:rsidP="00AB30E2">
      <w:pPr>
        <w:spacing w:after="40"/>
        <w:ind w:left="397"/>
        <w:jc w:val="both"/>
      </w:pPr>
      <w:r w:rsidRPr="00AB30E2">
        <w:rPr>
          <w:b/>
        </w:rPr>
        <w:t xml:space="preserve">V - </w:t>
      </w:r>
      <w:r w:rsidRPr="00AB30E2">
        <w:t xml:space="preserve">reunir-se </w:t>
      </w:r>
      <w:r w:rsidRPr="0057409D">
        <w:t>ordinariamente</w:t>
      </w:r>
      <w:r w:rsidRPr="00AB30E2">
        <w:t xml:space="preserve"> com a </w:t>
      </w:r>
      <w:r w:rsidRPr="0057409D">
        <w:t>administração, no mês de junho</w:t>
      </w:r>
      <w:r w:rsidRPr="00AB30E2">
        <w:t>;</w:t>
      </w:r>
    </w:p>
    <w:p w14:paraId="737C1751" w14:textId="671C5FBA" w:rsidR="00C07598" w:rsidRPr="00AB30E2" w:rsidRDefault="00E8614B" w:rsidP="00AB30E2">
      <w:pPr>
        <w:spacing w:after="40"/>
        <w:ind w:left="397"/>
        <w:jc w:val="both"/>
      </w:pPr>
      <w:r w:rsidRPr="00AB30E2">
        <w:rPr>
          <w:b/>
        </w:rPr>
        <w:t>V</w:t>
      </w:r>
      <w:r w:rsidRPr="00AB30E2">
        <w:t xml:space="preserve">I - emitir parecer sobre questões de interesse da Associação ou dos associados, de ofício ou quando determinado pela Assembleia ou solicitado </w:t>
      </w:r>
      <w:r w:rsidRPr="0057409D">
        <w:t xml:space="preserve">pelo Conselho </w:t>
      </w:r>
      <w:r w:rsidRPr="0057409D">
        <w:t>de Administração</w:t>
      </w:r>
      <w:r w:rsidRPr="00AB30E2">
        <w:t>;</w:t>
      </w:r>
    </w:p>
    <w:p w14:paraId="7A9772A3" w14:textId="4D17D632" w:rsidR="00C07598" w:rsidRPr="00AB30E2" w:rsidRDefault="00E8614B" w:rsidP="00AB30E2">
      <w:pPr>
        <w:spacing w:after="40"/>
        <w:ind w:left="397"/>
        <w:jc w:val="both"/>
      </w:pPr>
      <w:r w:rsidRPr="00AB30E2">
        <w:rPr>
          <w:b/>
        </w:rPr>
        <w:t>V</w:t>
      </w:r>
      <w:r w:rsidRPr="00AB30E2">
        <w:t xml:space="preserve">II - convocar Assembleia Geral Ordinária, se </w:t>
      </w:r>
      <w:r w:rsidRPr="0057409D">
        <w:t>o Conselho de Administração</w:t>
      </w:r>
      <w:r w:rsidRPr="00AB30E2">
        <w:t xml:space="preserve"> retardar por mais de um mês seu chamamento, e Extraordinária sempre que ocorrer motivo que justifique sua realização;</w:t>
      </w:r>
    </w:p>
    <w:p w14:paraId="1F15CCEE" w14:textId="26811541" w:rsidR="00C07598" w:rsidRPr="00AB30E2" w:rsidRDefault="00E8614B" w:rsidP="00AB30E2">
      <w:pPr>
        <w:spacing w:after="40"/>
        <w:ind w:left="397"/>
        <w:jc w:val="both"/>
      </w:pPr>
      <w:r w:rsidRPr="00AB30E2">
        <w:rPr>
          <w:b/>
        </w:rPr>
        <w:t>V</w:t>
      </w:r>
      <w:r w:rsidRPr="00AB30E2">
        <w:t>III - emitir parecer sobre contratação de emp</w:t>
      </w:r>
      <w:r w:rsidRPr="00AB30E2">
        <w:t>resa especializada para aquisição ou alienação de bens imóveis;</w:t>
      </w:r>
    </w:p>
    <w:p w14:paraId="226387BA" w14:textId="41193754" w:rsidR="00C07598" w:rsidRPr="00AB30E2" w:rsidRDefault="00E8614B" w:rsidP="00AB30E2">
      <w:pPr>
        <w:spacing w:after="40"/>
        <w:ind w:left="397"/>
        <w:jc w:val="both"/>
      </w:pPr>
      <w:r w:rsidRPr="00AB30E2">
        <w:rPr>
          <w:b/>
        </w:rPr>
        <w:t>I</w:t>
      </w:r>
      <w:r w:rsidRPr="00AB30E2">
        <w:t xml:space="preserve">X - examinar quaisquer documentos da APAS-JAÚ, incluindo todos os documentos referentes à gestão da </w:t>
      </w:r>
      <w:r w:rsidRPr="0057409D">
        <w:t>administração; e</w:t>
      </w:r>
    </w:p>
    <w:p w14:paraId="5F5AA610" w14:textId="15E942FA" w:rsidR="00C07598" w:rsidRPr="00AB30E2" w:rsidRDefault="00E8614B" w:rsidP="00AB30E2">
      <w:pPr>
        <w:spacing w:after="40"/>
        <w:ind w:left="397"/>
        <w:jc w:val="both"/>
      </w:pPr>
      <w:r w:rsidRPr="00AB30E2">
        <w:rPr>
          <w:b/>
        </w:rPr>
        <w:t xml:space="preserve">X - </w:t>
      </w:r>
      <w:r w:rsidRPr="00AB30E2">
        <w:t>zelar pelo fiel cumprimento deste Estatuto, levando ao conhecimento do</w:t>
      </w:r>
      <w:r w:rsidRPr="00AB30E2">
        <w:t xml:space="preserve"> Presidente as irregularidades que houver notado.</w:t>
      </w:r>
    </w:p>
    <w:p w14:paraId="33A19632" w14:textId="18943074" w:rsidR="00C07598" w:rsidRPr="00AB30E2" w:rsidRDefault="00E8614B" w:rsidP="00AB30E2">
      <w:pPr>
        <w:spacing w:after="40"/>
        <w:jc w:val="both"/>
      </w:pPr>
      <w:r w:rsidRPr="00AB30E2">
        <w:rPr>
          <w:b/>
        </w:rPr>
        <w:t xml:space="preserve">Art. </w:t>
      </w:r>
      <w:r w:rsidRPr="0057409D">
        <w:rPr>
          <w:b/>
        </w:rPr>
        <w:t>52º</w:t>
      </w:r>
      <w:r w:rsidRPr="00AB30E2">
        <w:rPr>
          <w:b/>
        </w:rPr>
        <w:t xml:space="preserve"> - </w:t>
      </w:r>
      <w:r w:rsidRPr="00AB30E2">
        <w:t>Compete ao Presidente acionar e coordenar os trabalhos do Conselho Fiscal</w:t>
      </w:r>
      <w:r w:rsidRPr="0057409D">
        <w:t>,</w:t>
      </w:r>
      <w:r w:rsidRPr="00AB30E2">
        <w:t xml:space="preserve"> e ao Secretário o registro de suas atividades e a elaboração dos documentos necessários.</w:t>
      </w:r>
    </w:p>
    <w:p w14:paraId="590BC298" w14:textId="0813938F" w:rsidR="00C07598" w:rsidRPr="0057409D" w:rsidRDefault="00E8614B" w:rsidP="00AB30E2">
      <w:pPr>
        <w:spacing w:after="40"/>
        <w:jc w:val="both"/>
      </w:pPr>
      <w:r w:rsidRPr="0057409D">
        <w:rPr>
          <w:b/>
        </w:rPr>
        <w:t>Art. 53º -</w:t>
      </w:r>
      <w:r w:rsidRPr="00AB30E2">
        <w:rPr>
          <w:b/>
        </w:rPr>
        <w:t xml:space="preserve"> </w:t>
      </w:r>
      <w:r w:rsidRPr="0057409D">
        <w:t>Na ausência do Presi</w:t>
      </w:r>
      <w:r w:rsidRPr="0057409D">
        <w:t>dente e Vice-Presidente, os trabalhos do Conselho Fiscal serão presididos pelo Secretário.</w:t>
      </w:r>
    </w:p>
    <w:p w14:paraId="33353788" w14:textId="7CD90B97" w:rsidR="00C07598" w:rsidRPr="0057409D" w:rsidRDefault="00E8614B" w:rsidP="00AB30E2">
      <w:pPr>
        <w:spacing w:after="40"/>
        <w:jc w:val="both"/>
      </w:pPr>
      <w:r w:rsidRPr="0057409D">
        <w:rPr>
          <w:b/>
        </w:rPr>
        <w:t>Art. 54º -</w:t>
      </w:r>
      <w:r w:rsidRPr="00AB30E2">
        <w:rPr>
          <w:b/>
        </w:rPr>
        <w:t xml:space="preserve"> </w:t>
      </w:r>
      <w:r w:rsidRPr="0057409D">
        <w:t>O Conselho Fiscal poderá solicitar ao Conselho de Administração, ao Presidente, ao Secretário e ao Tesoureiro, em qualquer época, informações e esclarecim</w:t>
      </w:r>
      <w:r w:rsidRPr="0057409D">
        <w:t>entos relativos ao movimento administrativo da APAS-JAÚ.</w:t>
      </w:r>
    </w:p>
    <w:p w14:paraId="1BA02EFB" w14:textId="13832D77" w:rsidR="00C07598" w:rsidRPr="00AB30E2" w:rsidRDefault="00E8614B" w:rsidP="00AB30E2">
      <w:pPr>
        <w:spacing w:after="40"/>
        <w:jc w:val="both"/>
      </w:pPr>
      <w:r w:rsidRPr="00AB30E2">
        <w:rPr>
          <w:b/>
        </w:rPr>
        <w:t xml:space="preserve">Art. </w:t>
      </w:r>
      <w:r w:rsidRPr="0057409D">
        <w:rPr>
          <w:b/>
        </w:rPr>
        <w:t>55º</w:t>
      </w:r>
      <w:r w:rsidRPr="00AB30E2">
        <w:rPr>
          <w:b/>
        </w:rPr>
        <w:t xml:space="preserve"> - </w:t>
      </w:r>
      <w:r w:rsidRPr="00AB30E2">
        <w:t xml:space="preserve">O Conselho Fiscal </w:t>
      </w:r>
      <w:r w:rsidRPr="0057409D">
        <w:t>deverá se reunir</w:t>
      </w:r>
      <w:r w:rsidRPr="00AB30E2">
        <w:t xml:space="preserve"> nos </w:t>
      </w:r>
      <w:r w:rsidRPr="0057409D">
        <w:t>meses de abril, julho, outubro e janeiro, para analisar os balanços e demais documentos financeiros e contábeis, podendo</w:t>
      </w:r>
      <w:r w:rsidRPr="00AB30E2">
        <w:t xml:space="preserve"> reunir-se extraordinariament</w:t>
      </w:r>
      <w:r w:rsidRPr="00AB30E2">
        <w:t xml:space="preserve">e sempre que necessário, por convocação </w:t>
      </w:r>
      <w:r w:rsidRPr="0057409D">
        <w:t>de seu</w:t>
      </w:r>
      <w:r w:rsidRPr="00AB30E2">
        <w:t xml:space="preserve"> Presidente.</w:t>
      </w:r>
    </w:p>
    <w:p w14:paraId="6B370D1A" w14:textId="77777777" w:rsidR="00C07598" w:rsidRPr="0057409D" w:rsidRDefault="00E8614B">
      <w:pPr>
        <w:spacing w:before="120"/>
        <w:jc w:val="center"/>
      </w:pPr>
      <w:r w:rsidRPr="0057409D">
        <w:rPr>
          <w:b/>
          <w:sz w:val="24"/>
        </w:rPr>
        <w:t>SEÇÃO IV</w:t>
      </w:r>
    </w:p>
    <w:p w14:paraId="39FE87F2" w14:textId="77777777" w:rsidR="00C07598" w:rsidRPr="0057409D" w:rsidRDefault="00E8614B" w:rsidP="00AB30E2">
      <w:pPr>
        <w:spacing w:before="120"/>
        <w:jc w:val="center"/>
      </w:pPr>
      <w:r w:rsidRPr="00AB30E2">
        <w:rPr>
          <w:b/>
        </w:rPr>
        <w:t>DA DIRETORIA EXECUTIVA</w:t>
      </w:r>
    </w:p>
    <w:p w14:paraId="74B21F29" w14:textId="2806ACCC" w:rsidR="00C07598" w:rsidRPr="00B2081A" w:rsidRDefault="00E8614B" w:rsidP="00AB30E2">
      <w:pPr>
        <w:spacing w:after="40"/>
        <w:jc w:val="both"/>
        <w:rPr>
          <w:bCs/>
        </w:rPr>
      </w:pPr>
      <w:r w:rsidRPr="004F6D1D">
        <w:rPr>
          <w:b/>
        </w:rPr>
        <w:t xml:space="preserve">Art. 56º - </w:t>
      </w:r>
      <w:r w:rsidRPr="00B2081A">
        <w:rPr>
          <w:bCs/>
        </w:rPr>
        <w:t xml:space="preserve">A Diretoria Executiva é o órgão executivo da APAS-JAÚ, sem competência deliberativa colegiada, integrada por 3 (três) </w:t>
      </w:r>
      <w:r w:rsidR="00B2081A">
        <w:rPr>
          <w:bCs/>
        </w:rPr>
        <w:t xml:space="preserve">dos associados que integrarem o </w:t>
      </w:r>
      <w:r w:rsidRPr="00B2081A">
        <w:rPr>
          <w:bCs/>
        </w:rPr>
        <w:t>Conselho de Administração</w:t>
      </w:r>
      <w:r w:rsidR="00B2081A">
        <w:rPr>
          <w:bCs/>
        </w:rPr>
        <w:t xml:space="preserve">, </w:t>
      </w:r>
      <w:r w:rsidRPr="00B2081A">
        <w:rPr>
          <w:bCs/>
        </w:rPr>
        <w:t>assim designado</w:t>
      </w:r>
      <w:r w:rsidR="00B2081A">
        <w:rPr>
          <w:bCs/>
        </w:rPr>
        <w:t xml:space="preserve">s </w:t>
      </w:r>
      <w:r w:rsidRPr="00B2081A">
        <w:rPr>
          <w:bCs/>
        </w:rPr>
        <w:t xml:space="preserve"> na chapa eleita:</w:t>
      </w:r>
    </w:p>
    <w:p w14:paraId="70625656" w14:textId="41EF33E5" w:rsidR="00C07598" w:rsidRPr="004F6D1D" w:rsidRDefault="00E8614B" w:rsidP="00AB30E2">
      <w:pPr>
        <w:spacing w:after="40"/>
        <w:ind w:left="397"/>
        <w:jc w:val="both"/>
        <w:rPr>
          <w:b/>
        </w:rPr>
      </w:pPr>
      <w:r w:rsidRPr="004F6D1D">
        <w:rPr>
          <w:b/>
        </w:rPr>
        <w:t xml:space="preserve">I - </w:t>
      </w:r>
      <w:r w:rsidRPr="00B2081A">
        <w:rPr>
          <w:bCs/>
        </w:rPr>
        <w:t>Presidente;</w:t>
      </w:r>
    </w:p>
    <w:p w14:paraId="0797178F" w14:textId="6844B4D7" w:rsidR="00C07598" w:rsidRPr="00B2081A" w:rsidRDefault="00E8614B" w:rsidP="00AB30E2">
      <w:pPr>
        <w:spacing w:after="40"/>
        <w:ind w:left="397"/>
        <w:jc w:val="both"/>
        <w:rPr>
          <w:bCs/>
        </w:rPr>
      </w:pPr>
      <w:r w:rsidRPr="004F6D1D">
        <w:rPr>
          <w:b/>
        </w:rPr>
        <w:t xml:space="preserve">II - </w:t>
      </w:r>
      <w:r w:rsidRPr="00B2081A">
        <w:rPr>
          <w:bCs/>
        </w:rPr>
        <w:t>Secretário; e</w:t>
      </w:r>
    </w:p>
    <w:p w14:paraId="4A6F753B" w14:textId="116F4E1C" w:rsidR="00C07598" w:rsidRPr="00B2081A" w:rsidRDefault="00E8614B" w:rsidP="00AB30E2">
      <w:pPr>
        <w:spacing w:after="40"/>
        <w:ind w:left="397"/>
        <w:jc w:val="both"/>
        <w:rPr>
          <w:bCs/>
        </w:rPr>
      </w:pPr>
      <w:r w:rsidRPr="004F6D1D">
        <w:rPr>
          <w:b/>
        </w:rPr>
        <w:t xml:space="preserve">III - </w:t>
      </w:r>
      <w:r w:rsidRPr="00B2081A">
        <w:rPr>
          <w:bCs/>
        </w:rPr>
        <w:t>Tesoureiro.</w:t>
      </w:r>
    </w:p>
    <w:p w14:paraId="30F13FB0" w14:textId="77777777" w:rsidR="00C07598" w:rsidRPr="00B2081A" w:rsidRDefault="00E8614B">
      <w:pPr>
        <w:spacing w:after="40"/>
        <w:jc w:val="both"/>
        <w:rPr>
          <w:bCs/>
        </w:rPr>
      </w:pPr>
      <w:r w:rsidRPr="004F6D1D">
        <w:rPr>
          <w:b/>
        </w:rPr>
        <w:lastRenderedPageBreak/>
        <w:t xml:space="preserve">§ 1º - </w:t>
      </w:r>
      <w:r w:rsidRPr="00B2081A">
        <w:rPr>
          <w:bCs/>
        </w:rPr>
        <w:t>O Presidente e o Secretário exercerão, respectivamente, as funções de Presidente e Secretário do Conselho de Administração.</w:t>
      </w:r>
    </w:p>
    <w:p w14:paraId="322501F4" w14:textId="77777777" w:rsidR="00C07598" w:rsidRPr="00B2081A" w:rsidRDefault="00E8614B">
      <w:pPr>
        <w:spacing w:after="40"/>
        <w:jc w:val="both"/>
        <w:rPr>
          <w:bCs/>
        </w:rPr>
      </w:pPr>
      <w:r w:rsidRPr="004F6D1D">
        <w:rPr>
          <w:b/>
        </w:rPr>
        <w:t xml:space="preserve">§ 2º - </w:t>
      </w:r>
      <w:r w:rsidRPr="00B2081A">
        <w:rPr>
          <w:bCs/>
        </w:rPr>
        <w:t xml:space="preserve">As </w:t>
      </w:r>
      <w:r w:rsidRPr="00B2081A">
        <w:rPr>
          <w:bCs/>
        </w:rPr>
        <w:t>deliberações sobre matérias estratégicas, normativas, orçamentárias, associativas ou institucionais competem exclusivamente ao Conselho de Administração, cabendo aos membros da Diretoria Executiva a prática individual dos atos executivos atribuídos por est</w:t>
      </w:r>
      <w:r w:rsidRPr="00B2081A">
        <w:rPr>
          <w:bCs/>
        </w:rPr>
        <w:t>e Estatuto.</w:t>
      </w:r>
    </w:p>
    <w:p w14:paraId="50C8BE43" w14:textId="42F554BA" w:rsidR="00C07598" w:rsidRPr="00B2081A" w:rsidRDefault="00E8614B">
      <w:pPr>
        <w:spacing w:after="40"/>
        <w:jc w:val="both"/>
        <w:rPr>
          <w:bCs/>
        </w:rPr>
      </w:pPr>
      <w:r w:rsidRPr="004F6D1D">
        <w:rPr>
          <w:b/>
        </w:rPr>
        <w:t xml:space="preserve">§ 3º - </w:t>
      </w:r>
      <w:r w:rsidRPr="00B2081A">
        <w:rPr>
          <w:bCs/>
        </w:rPr>
        <w:t xml:space="preserve">A designação </w:t>
      </w:r>
      <w:r w:rsidR="00B2081A">
        <w:rPr>
          <w:bCs/>
        </w:rPr>
        <w:t xml:space="preserve">dos associados que serão designados diretores </w:t>
      </w:r>
      <w:r w:rsidRPr="00B2081A">
        <w:rPr>
          <w:bCs/>
        </w:rPr>
        <w:t>constará da chapa registrada para o Conselho de Administração.</w:t>
      </w:r>
    </w:p>
    <w:p w14:paraId="4037FB43" w14:textId="20B84565" w:rsidR="00C07598" w:rsidRPr="00B2081A" w:rsidRDefault="00E8614B" w:rsidP="00AB30E2">
      <w:pPr>
        <w:spacing w:after="40"/>
        <w:jc w:val="both"/>
        <w:rPr>
          <w:bCs/>
        </w:rPr>
      </w:pPr>
      <w:r w:rsidRPr="004F6D1D">
        <w:rPr>
          <w:b/>
        </w:rPr>
        <w:t xml:space="preserve">Art. 57º - </w:t>
      </w:r>
      <w:r w:rsidRPr="00B2081A">
        <w:rPr>
          <w:bCs/>
        </w:rPr>
        <w:t xml:space="preserve">Os membros da Diretoria Executiva serão eleitos juntamente com os demais Conselheiros de Administração, </w:t>
      </w:r>
      <w:r w:rsidRPr="00B2081A">
        <w:rPr>
          <w:bCs/>
        </w:rPr>
        <w:t>para mandato coincidente de 4 (quatro) anos, sendo permitida a reeleição.</w:t>
      </w:r>
    </w:p>
    <w:p w14:paraId="3EAF1AE6" w14:textId="15D57FC5" w:rsidR="00C07598" w:rsidRPr="00B2081A" w:rsidRDefault="00E8614B" w:rsidP="00AB30E2">
      <w:pPr>
        <w:spacing w:after="40"/>
        <w:jc w:val="both"/>
        <w:rPr>
          <w:bCs/>
        </w:rPr>
      </w:pPr>
      <w:r w:rsidRPr="004F6D1D">
        <w:rPr>
          <w:b/>
        </w:rPr>
        <w:t xml:space="preserve">Art. 58º - </w:t>
      </w:r>
      <w:r w:rsidRPr="00B2081A">
        <w:rPr>
          <w:bCs/>
        </w:rPr>
        <w:t>Compete ao Presidente:</w:t>
      </w:r>
    </w:p>
    <w:p w14:paraId="5EA7B010" w14:textId="48782BD7" w:rsidR="00C07598" w:rsidRPr="00B2081A" w:rsidRDefault="00E8614B">
      <w:pPr>
        <w:spacing w:after="40"/>
        <w:ind w:left="397"/>
        <w:jc w:val="both"/>
        <w:rPr>
          <w:bCs/>
        </w:rPr>
      </w:pPr>
      <w:r w:rsidRPr="004F6D1D">
        <w:rPr>
          <w:b/>
        </w:rPr>
        <w:t xml:space="preserve">I - </w:t>
      </w:r>
      <w:r w:rsidRPr="00B2081A">
        <w:rPr>
          <w:bCs/>
        </w:rPr>
        <w:t>executar e fazer executar as deliberações do Conselho de Administração e da Assembleia Geral;</w:t>
      </w:r>
    </w:p>
    <w:p w14:paraId="621A2CBA" w14:textId="6A38307B" w:rsidR="00C07598" w:rsidRPr="00B2081A" w:rsidRDefault="00E8614B" w:rsidP="00AB30E2">
      <w:pPr>
        <w:spacing w:after="40"/>
        <w:ind w:left="397"/>
        <w:jc w:val="both"/>
        <w:rPr>
          <w:bCs/>
        </w:rPr>
      </w:pPr>
      <w:r w:rsidRPr="004F6D1D">
        <w:rPr>
          <w:b/>
        </w:rPr>
        <w:t xml:space="preserve">II - </w:t>
      </w:r>
      <w:r w:rsidRPr="00B2081A">
        <w:rPr>
          <w:bCs/>
        </w:rPr>
        <w:t xml:space="preserve">supervisionar as atividades da APAS-JAÚ, por </w:t>
      </w:r>
      <w:r w:rsidRPr="00B2081A">
        <w:rPr>
          <w:bCs/>
        </w:rPr>
        <w:t>meio de contatos assíduos com os demais Conselheiros, com o Conselho Fiscal e com os responsáveis pelos Departamentos;</w:t>
      </w:r>
    </w:p>
    <w:p w14:paraId="2132D063" w14:textId="4CAA539E" w:rsidR="00C07598" w:rsidRPr="00B2081A" w:rsidRDefault="00E8614B" w:rsidP="00AB30E2">
      <w:pPr>
        <w:spacing w:after="40"/>
        <w:ind w:left="397"/>
        <w:jc w:val="both"/>
        <w:rPr>
          <w:bCs/>
        </w:rPr>
      </w:pPr>
      <w:r w:rsidRPr="004F6D1D">
        <w:rPr>
          <w:b/>
        </w:rPr>
        <w:t xml:space="preserve">III - </w:t>
      </w:r>
      <w:r w:rsidRPr="00B2081A">
        <w:rPr>
          <w:bCs/>
        </w:rPr>
        <w:t>autorizar os pagamentos e verificar frequentemente o saldo de caixa;</w:t>
      </w:r>
    </w:p>
    <w:p w14:paraId="35712043" w14:textId="334CE24C" w:rsidR="00C07598" w:rsidRPr="00B2081A" w:rsidRDefault="00E8614B" w:rsidP="00AB30E2">
      <w:pPr>
        <w:spacing w:after="40"/>
        <w:ind w:left="397"/>
        <w:jc w:val="both"/>
        <w:rPr>
          <w:bCs/>
        </w:rPr>
      </w:pPr>
      <w:r w:rsidRPr="004F6D1D">
        <w:rPr>
          <w:b/>
        </w:rPr>
        <w:t xml:space="preserve">IV - </w:t>
      </w:r>
      <w:r w:rsidRPr="00B2081A">
        <w:rPr>
          <w:bCs/>
        </w:rPr>
        <w:t>convocar e presidir as reuniões do Conselho de Administra</w:t>
      </w:r>
      <w:r w:rsidRPr="00B2081A">
        <w:rPr>
          <w:bCs/>
        </w:rPr>
        <w:t>ção e as Assembleias Gerais;</w:t>
      </w:r>
    </w:p>
    <w:p w14:paraId="4FEF69F4" w14:textId="0709450F" w:rsidR="00C07598" w:rsidRPr="00B2081A" w:rsidRDefault="00E8614B" w:rsidP="00AB30E2">
      <w:pPr>
        <w:spacing w:after="40"/>
        <w:ind w:left="397"/>
        <w:jc w:val="both"/>
        <w:rPr>
          <w:bCs/>
        </w:rPr>
      </w:pPr>
      <w:r w:rsidRPr="004F6D1D">
        <w:rPr>
          <w:b/>
        </w:rPr>
        <w:t xml:space="preserve">V - </w:t>
      </w:r>
      <w:r w:rsidRPr="00B2081A">
        <w:rPr>
          <w:bCs/>
        </w:rPr>
        <w:t>apresentar ao Conselho de Administração os relatórios de atividades, os relatórios econômico-financeiros e o balanço anual, acompanhados dos pareceres do Conselho Fiscal e da Auditoria Independente, para encaminhamento à As</w:t>
      </w:r>
      <w:r w:rsidRPr="00B2081A">
        <w:rPr>
          <w:bCs/>
        </w:rPr>
        <w:t>sembleia Geral;</w:t>
      </w:r>
    </w:p>
    <w:p w14:paraId="2EC097A6" w14:textId="5D78FF0C" w:rsidR="00C07598" w:rsidRPr="00B2081A" w:rsidRDefault="00E8614B" w:rsidP="00AB30E2">
      <w:pPr>
        <w:spacing w:after="40"/>
        <w:ind w:left="397"/>
        <w:jc w:val="both"/>
        <w:rPr>
          <w:bCs/>
        </w:rPr>
      </w:pPr>
      <w:r w:rsidRPr="004F6D1D">
        <w:rPr>
          <w:b/>
        </w:rPr>
        <w:t xml:space="preserve">VI - </w:t>
      </w:r>
      <w:r w:rsidRPr="00B2081A">
        <w:rPr>
          <w:bCs/>
        </w:rPr>
        <w:t>representar a APAS-JAÚ, em juízo e fora dele, ativa e passivamente;</w:t>
      </w:r>
    </w:p>
    <w:p w14:paraId="2D868543" w14:textId="3BA44777" w:rsidR="00C07598" w:rsidRPr="00B2081A" w:rsidRDefault="00E8614B">
      <w:pPr>
        <w:spacing w:after="40"/>
        <w:ind w:left="397"/>
        <w:jc w:val="both"/>
        <w:rPr>
          <w:bCs/>
        </w:rPr>
      </w:pPr>
      <w:r w:rsidRPr="004F6D1D">
        <w:rPr>
          <w:b/>
        </w:rPr>
        <w:t xml:space="preserve">VII - </w:t>
      </w:r>
      <w:r w:rsidRPr="00B2081A">
        <w:rPr>
          <w:bCs/>
        </w:rPr>
        <w:t>praticar os atos de gestão ordinária necessários ao funcionamento da APAS-JAÚ, observadas as competências do Conselho de Administração;</w:t>
      </w:r>
    </w:p>
    <w:p w14:paraId="1CB31988" w14:textId="77777777" w:rsidR="00C07598" w:rsidRPr="00B2081A" w:rsidRDefault="00E8614B">
      <w:pPr>
        <w:spacing w:after="40"/>
        <w:ind w:left="397"/>
        <w:jc w:val="both"/>
        <w:rPr>
          <w:bCs/>
        </w:rPr>
      </w:pPr>
      <w:r w:rsidRPr="004F6D1D">
        <w:rPr>
          <w:b/>
        </w:rPr>
        <w:t xml:space="preserve">VIII - </w:t>
      </w:r>
      <w:r w:rsidRPr="00B2081A">
        <w:rPr>
          <w:bCs/>
        </w:rPr>
        <w:t>contratar e dispen</w:t>
      </w:r>
      <w:r w:rsidRPr="00B2081A">
        <w:rPr>
          <w:bCs/>
        </w:rPr>
        <w:t>sar funcionários, cumprir as normas regulamentares da ANS e atribuir aos empregados e prestadores os poderes necessários à prática de atos executivos, observadas as diretrizes aprovadas pelo Conselho de Administração; e</w:t>
      </w:r>
    </w:p>
    <w:p w14:paraId="1DE7471B" w14:textId="184559D6" w:rsidR="00C07598" w:rsidRPr="00B2081A" w:rsidRDefault="00E8614B" w:rsidP="00AB30E2">
      <w:pPr>
        <w:spacing w:after="40"/>
        <w:ind w:left="397"/>
        <w:jc w:val="both"/>
        <w:rPr>
          <w:bCs/>
        </w:rPr>
      </w:pPr>
      <w:r w:rsidRPr="004F6D1D">
        <w:rPr>
          <w:b/>
        </w:rPr>
        <w:t xml:space="preserve">IX - </w:t>
      </w:r>
      <w:r w:rsidRPr="00B2081A">
        <w:rPr>
          <w:bCs/>
        </w:rPr>
        <w:t>exercer as demais atribuições e</w:t>
      </w:r>
      <w:r w:rsidRPr="00B2081A">
        <w:rPr>
          <w:bCs/>
        </w:rPr>
        <w:t>xecutivas previstas neste Estatuto e no Regimento Interno.</w:t>
      </w:r>
    </w:p>
    <w:p w14:paraId="4C9FA256" w14:textId="08165FD7" w:rsidR="00C07598" w:rsidRPr="00B2081A" w:rsidRDefault="00E8614B">
      <w:pPr>
        <w:spacing w:after="40"/>
        <w:jc w:val="both"/>
        <w:rPr>
          <w:bCs/>
        </w:rPr>
      </w:pPr>
      <w:r w:rsidRPr="004F6D1D">
        <w:rPr>
          <w:b/>
        </w:rPr>
        <w:t xml:space="preserve">Parágrafo único - </w:t>
      </w:r>
      <w:r w:rsidRPr="00B2081A">
        <w:rPr>
          <w:bCs/>
        </w:rPr>
        <w:t xml:space="preserve">Na ausência ou impedimento do Presidente, suas funções serão exercidas pelo Secretário; na ausência de ambos, por </w:t>
      </w:r>
      <w:r w:rsidR="00B2081A">
        <w:rPr>
          <w:bCs/>
        </w:rPr>
        <w:t xml:space="preserve">outro </w:t>
      </w:r>
      <w:r w:rsidRPr="00B2081A">
        <w:rPr>
          <w:bCs/>
        </w:rPr>
        <w:t>Conselheiro indicado pelo Conselho de Administração.</w:t>
      </w:r>
    </w:p>
    <w:p w14:paraId="23239AAE" w14:textId="0D0CB60D" w:rsidR="00C07598" w:rsidRPr="00B2081A" w:rsidRDefault="00E8614B" w:rsidP="00AB30E2">
      <w:pPr>
        <w:spacing w:after="40"/>
        <w:jc w:val="both"/>
        <w:rPr>
          <w:bCs/>
        </w:rPr>
      </w:pPr>
      <w:r w:rsidRPr="004F6D1D">
        <w:rPr>
          <w:b/>
        </w:rPr>
        <w:t>Art. 5</w:t>
      </w:r>
      <w:r w:rsidRPr="004F6D1D">
        <w:rPr>
          <w:b/>
        </w:rPr>
        <w:t xml:space="preserve">9º - </w:t>
      </w:r>
      <w:r w:rsidRPr="00B2081A">
        <w:rPr>
          <w:bCs/>
        </w:rPr>
        <w:t>Compete ao Secretário:</w:t>
      </w:r>
    </w:p>
    <w:p w14:paraId="27F1CC18" w14:textId="114BB053" w:rsidR="00C07598" w:rsidRPr="00B2081A" w:rsidRDefault="00E8614B" w:rsidP="00AB30E2">
      <w:pPr>
        <w:spacing w:after="40"/>
        <w:ind w:left="397"/>
        <w:jc w:val="both"/>
        <w:rPr>
          <w:bCs/>
        </w:rPr>
      </w:pPr>
      <w:r w:rsidRPr="004F6D1D">
        <w:rPr>
          <w:b/>
        </w:rPr>
        <w:t xml:space="preserve">I - </w:t>
      </w:r>
      <w:r w:rsidRPr="00B2081A">
        <w:rPr>
          <w:bCs/>
        </w:rPr>
        <w:t>lavrar ou mandar lavrar as atas das reuniões do Conselho de Administração e das Assembleias Gerais, tendo sob sua responsabilidade os respectivos livros;</w:t>
      </w:r>
    </w:p>
    <w:p w14:paraId="022F881E" w14:textId="77777777" w:rsidR="00C07598" w:rsidRPr="00B2081A" w:rsidRDefault="00E8614B" w:rsidP="00AB30E2">
      <w:pPr>
        <w:spacing w:after="40"/>
        <w:ind w:left="397"/>
        <w:jc w:val="both"/>
        <w:rPr>
          <w:bCs/>
        </w:rPr>
      </w:pPr>
      <w:r w:rsidRPr="004F6D1D">
        <w:rPr>
          <w:b/>
        </w:rPr>
        <w:t xml:space="preserve">II - </w:t>
      </w:r>
      <w:r w:rsidRPr="00B2081A">
        <w:rPr>
          <w:bCs/>
        </w:rPr>
        <w:t>elaborar ou mandar elaborar a correspondência, relatórios e outro</w:t>
      </w:r>
      <w:r w:rsidRPr="00B2081A">
        <w:rPr>
          <w:bCs/>
        </w:rPr>
        <w:t>s documentos;</w:t>
      </w:r>
    </w:p>
    <w:p w14:paraId="7485A0BD" w14:textId="77777777" w:rsidR="00C07598" w:rsidRPr="00B2081A" w:rsidRDefault="00E8614B">
      <w:pPr>
        <w:spacing w:after="40"/>
        <w:ind w:left="397"/>
        <w:jc w:val="both"/>
        <w:rPr>
          <w:bCs/>
        </w:rPr>
      </w:pPr>
      <w:r w:rsidRPr="004F6D1D">
        <w:rPr>
          <w:b/>
        </w:rPr>
        <w:t xml:space="preserve">III - </w:t>
      </w:r>
      <w:r w:rsidRPr="00B2081A">
        <w:rPr>
          <w:bCs/>
        </w:rPr>
        <w:t>rubricar os livros da APAS-JAÚ, exceto os de atas e de presença das reuniões do Conselho de Administração;</w:t>
      </w:r>
    </w:p>
    <w:p w14:paraId="45747B8E" w14:textId="77777777" w:rsidR="00C07598" w:rsidRPr="00B2081A" w:rsidRDefault="00E8614B">
      <w:pPr>
        <w:spacing w:after="40"/>
        <w:ind w:left="397"/>
        <w:jc w:val="both"/>
        <w:rPr>
          <w:bCs/>
        </w:rPr>
      </w:pPr>
      <w:r w:rsidRPr="004F6D1D">
        <w:rPr>
          <w:b/>
        </w:rPr>
        <w:t xml:space="preserve">IV - </w:t>
      </w:r>
      <w:r w:rsidRPr="00B2081A">
        <w:rPr>
          <w:bCs/>
        </w:rPr>
        <w:t>auxiliar o Presidente na execução das deliberações do Conselho de Administração;</w:t>
      </w:r>
    </w:p>
    <w:p w14:paraId="20B4E1F6" w14:textId="77777777" w:rsidR="00C07598" w:rsidRPr="00B2081A" w:rsidRDefault="00E8614B">
      <w:pPr>
        <w:spacing w:after="40"/>
        <w:ind w:left="397"/>
        <w:jc w:val="both"/>
        <w:rPr>
          <w:bCs/>
        </w:rPr>
      </w:pPr>
      <w:r w:rsidRPr="004F6D1D">
        <w:rPr>
          <w:b/>
        </w:rPr>
        <w:t xml:space="preserve">V - </w:t>
      </w:r>
      <w:r w:rsidRPr="00B2081A">
        <w:rPr>
          <w:bCs/>
        </w:rPr>
        <w:t>substituir o Presidente em suas ausênci</w:t>
      </w:r>
      <w:r w:rsidRPr="00B2081A">
        <w:rPr>
          <w:bCs/>
        </w:rPr>
        <w:t>as e impedimentos; e</w:t>
      </w:r>
    </w:p>
    <w:p w14:paraId="564D5902" w14:textId="77777777" w:rsidR="00C07598" w:rsidRPr="00B2081A" w:rsidRDefault="00E8614B">
      <w:pPr>
        <w:spacing w:after="40"/>
        <w:ind w:left="397"/>
        <w:jc w:val="both"/>
        <w:rPr>
          <w:bCs/>
        </w:rPr>
      </w:pPr>
      <w:r w:rsidRPr="004F6D1D">
        <w:rPr>
          <w:b/>
        </w:rPr>
        <w:t xml:space="preserve">VI - </w:t>
      </w:r>
      <w:r w:rsidRPr="00B2081A">
        <w:rPr>
          <w:bCs/>
        </w:rPr>
        <w:t>exercer as demais atribuições executivas previstas neste Estatuto e no Regimento Interno.</w:t>
      </w:r>
    </w:p>
    <w:p w14:paraId="705C75DE" w14:textId="0757FD8D" w:rsidR="00C07598" w:rsidRPr="004F6D1D" w:rsidRDefault="00E8614B" w:rsidP="00AB30E2">
      <w:pPr>
        <w:spacing w:after="40"/>
        <w:jc w:val="both"/>
        <w:rPr>
          <w:b/>
        </w:rPr>
      </w:pPr>
      <w:r w:rsidRPr="004F6D1D">
        <w:rPr>
          <w:b/>
        </w:rPr>
        <w:t xml:space="preserve">Art. 60º - </w:t>
      </w:r>
      <w:r w:rsidRPr="00B2081A">
        <w:rPr>
          <w:bCs/>
        </w:rPr>
        <w:t>Compete ao Tesoureiro:</w:t>
      </w:r>
    </w:p>
    <w:p w14:paraId="2622C52E" w14:textId="77777777" w:rsidR="00C07598" w:rsidRPr="00B2081A" w:rsidRDefault="00E8614B" w:rsidP="00AB30E2">
      <w:pPr>
        <w:spacing w:after="40"/>
        <w:ind w:left="397"/>
        <w:jc w:val="both"/>
        <w:rPr>
          <w:bCs/>
        </w:rPr>
      </w:pPr>
      <w:r w:rsidRPr="004F6D1D">
        <w:rPr>
          <w:b/>
        </w:rPr>
        <w:t xml:space="preserve">I - </w:t>
      </w:r>
      <w:r w:rsidRPr="00B2081A">
        <w:rPr>
          <w:bCs/>
        </w:rPr>
        <w:t>zelar para que a contabilidade da Associação seja mantida em ordem e em dia;</w:t>
      </w:r>
    </w:p>
    <w:p w14:paraId="1EF32F2F" w14:textId="77777777" w:rsidR="00C07598" w:rsidRPr="00B2081A" w:rsidRDefault="00E8614B" w:rsidP="00AB30E2">
      <w:pPr>
        <w:spacing w:after="40"/>
        <w:ind w:left="397"/>
        <w:jc w:val="both"/>
        <w:rPr>
          <w:bCs/>
        </w:rPr>
      </w:pPr>
      <w:r w:rsidRPr="004F6D1D">
        <w:rPr>
          <w:b/>
        </w:rPr>
        <w:t xml:space="preserve">II - </w:t>
      </w:r>
      <w:r w:rsidRPr="00B2081A">
        <w:rPr>
          <w:bCs/>
        </w:rPr>
        <w:t>verificar e visar</w:t>
      </w:r>
      <w:r w:rsidRPr="00B2081A">
        <w:rPr>
          <w:bCs/>
        </w:rPr>
        <w:t xml:space="preserve"> os documentos de receita e despesa;</w:t>
      </w:r>
    </w:p>
    <w:p w14:paraId="7265DDC3" w14:textId="55A6BEE5" w:rsidR="00C07598" w:rsidRPr="00B2081A" w:rsidRDefault="00E8614B" w:rsidP="00AB30E2">
      <w:pPr>
        <w:spacing w:after="40"/>
        <w:ind w:left="397"/>
        <w:jc w:val="both"/>
        <w:rPr>
          <w:bCs/>
        </w:rPr>
      </w:pPr>
      <w:r w:rsidRPr="004F6D1D">
        <w:rPr>
          <w:b/>
        </w:rPr>
        <w:t xml:space="preserve">III - </w:t>
      </w:r>
      <w:r w:rsidRPr="00B2081A">
        <w:rPr>
          <w:bCs/>
        </w:rPr>
        <w:t>arrecadar as receitas e depositar o numerário disponível no banco ou bancos indicados nos termos deste Estatuto;</w:t>
      </w:r>
    </w:p>
    <w:p w14:paraId="48F96AD0" w14:textId="1BC043AC" w:rsidR="00C07598" w:rsidRPr="00B2081A" w:rsidRDefault="00E8614B" w:rsidP="00AB30E2">
      <w:pPr>
        <w:spacing w:after="40"/>
        <w:ind w:left="397"/>
        <w:jc w:val="both"/>
        <w:rPr>
          <w:bCs/>
        </w:rPr>
      </w:pPr>
      <w:r w:rsidRPr="004F6D1D">
        <w:rPr>
          <w:b/>
        </w:rPr>
        <w:t xml:space="preserve">IV - </w:t>
      </w:r>
      <w:r w:rsidRPr="00B2081A">
        <w:rPr>
          <w:bCs/>
        </w:rPr>
        <w:t xml:space="preserve">proceder, através de cheques bancários e outros meios legais, aos pagamentos autorizados pelo </w:t>
      </w:r>
      <w:r w:rsidRPr="00B2081A">
        <w:rPr>
          <w:bCs/>
        </w:rPr>
        <w:t>Presidente;</w:t>
      </w:r>
    </w:p>
    <w:p w14:paraId="238399D6" w14:textId="77777777" w:rsidR="00C07598" w:rsidRPr="00B2081A" w:rsidRDefault="00E8614B" w:rsidP="00AB30E2">
      <w:pPr>
        <w:spacing w:after="40"/>
        <w:ind w:left="397"/>
        <w:jc w:val="both"/>
        <w:rPr>
          <w:bCs/>
        </w:rPr>
      </w:pPr>
      <w:r w:rsidRPr="004F6D1D">
        <w:rPr>
          <w:b/>
        </w:rPr>
        <w:t xml:space="preserve">V - </w:t>
      </w:r>
      <w:r w:rsidRPr="00B2081A">
        <w:rPr>
          <w:bCs/>
        </w:rPr>
        <w:t>proceder ou mandar proceder à escrituração do livro auxiliar de caixa, visando-o e mantendo-o sob sua responsabilidade;</w:t>
      </w:r>
    </w:p>
    <w:p w14:paraId="0AB16C47" w14:textId="65B8889B" w:rsidR="00C07598" w:rsidRPr="00B2081A" w:rsidRDefault="00E8614B" w:rsidP="00AB30E2">
      <w:pPr>
        <w:spacing w:after="40"/>
        <w:ind w:left="397"/>
        <w:jc w:val="both"/>
        <w:rPr>
          <w:bCs/>
        </w:rPr>
      </w:pPr>
      <w:r w:rsidRPr="004F6D1D">
        <w:rPr>
          <w:b/>
        </w:rPr>
        <w:lastRenderedPageBreak/>
        <w:t xml:space="preserve">VI - </w:t>
      </w:r>
      <w:r w:rsidRPr="00B2081A">
        <w:rPr>
          <w:bCs/>
        </w:rPr>
        <w:t>zelar pelo recolhimento das obrigações fiscais, tributárias, previdenciárias e outras devidas ou da responsabilidad</w:t>
      </w:r>
      <w:r w:rsidRPr="00B2081A">
        <w:rPr>
          <w:bCs/>
        </w:rPr>
        <w:t>e da Associação;</w:t>
      </w:r>
    </w:p>
    <w:p w14:paraId="5393A8D9" w14:textId="69D45166" w:rsidR="00C07598" w:rsidRPr="00B2081A" w:rsidRDefault="00E8614B" w:rsidP="00AB30E2">
      <w:pPr>
        <w:spacing w:after="40"/>
        <w:ind w:left="397"/>
        <w:jc w:val="both"/>
        <w:rPr>
          <w:bCs/>
        </w:rPr>
      </w:pPr>
      <w:r w:rsidRPr="004F6D1D">
        <w:rPr>
          <w:b/>
        </w:rPr>
        <w:t xml:space="preserve">VII - </w:t>
      </w:r>
      <w:r w:rsidRPr="00B2081A">
        <w:rPr>
          <w:bCs/>
        </w:rPr>
        <w:t>apresentar mensalmente ao Conselho de Administração um balancete, sugerindo medidas para a solução dos problemas financeiros que surgirem; e</w:t>
      </w:r>
    </w:p>
    <w:p w14:paraId="62C16A7E" w14:textId="77777777" w:rsidR="00C07598" w:rsidRPr="00B2081A" w:rsidRDefault="00E8614B">
      <w:pPr>
        <w:spacing w:after="40"/>
        <w:ind w:left="397"/>
        <w:jc w:val="both"/>
        <w:rPr>
          <w:bCs/>
        </w:rPr>
      </w:pPr>
      <w:r w:rsidRPr="004F6D1D">
        <w:rPr>
          <w:b/>
        </w:rPr>
        <w:t xml:space="preserve">VIII - </w:t>
      </w:r>
      <w:r w:rsidRPr="00B2081A">
        <w:rPr>
          <w:bCs/>
        </w:rPr>
        <w:t>exercer as demais atribuições executivas previstas neste Estatuto e no Regimento Inte</w:t>
      </w:r>
      <w:r w:rsidRPr="00B2081A">
        <w:rPr>
          <w:bCs/>
        </w:rPr>
        <w:t>rno.</w:t>
      </w:r>
    </w:p>
    <w:p w14:paraId="311F3F90" w14:textId="77777777" w:rsidR="00C07598" w:rsidRPr="00B2081A" w:rsidRDefault="00E8614B">
      <w:pPr>
        <w:spacing w:after="40"/>
        <w:jc w:val="both"/>
        <w:rPr>
          <w:bCs/>
        </w:rPr>
      </w:pPr>
      <w:r w:rsidRPr="004F6D1D">
        <w:rPr>
          <w:b/>
        </w:rPr>
        <w:t xml:space="preserve">Art. 61º - </w:t>
      </w:r>
      <w:r w:rsidRPr="00B2081A">
        <w:rPr>
          <w:bCs/>
        </w:rPr>
        <w:t>A criação de departamentos destinados à melhor coordenação do atendimento aos associados e beneficiários será deliberada pelo Conselho de Administração, ouvido o Conselho Fiscal, cabendo ao Regimento Interno definir sua constituição e atrib</w:t>
      </w:r>
      <w:r w:rsidRPr="00B2081A">
        <w:rPr>
          <w:bCs/>
        </w:rPr>
        <w:t>uições.</w:t>
      </w:r>
    </w:p>
    <w:p w14:paraId="16D63E59" w14:textId="77777777" w:rsidR="00C07598" w:rsidRPr="0057409D" w:rsidRDefault="00E8614B" w:rsidP="00AB30E2">
      <w:pPr>
        <w:spacing w:before="120"/>
        <w:jc w:val="center"/>
      </w:pPr>
      <w:r w:rsidRPr="00AB30E2">
        <w:rPr>
          <w:b/>
          <w:sz w:val="24"/>
        </w:rPr>
        <w:t>CAPÍTULO VIII</w:t>
      </w:r>
    </w:p>
    <w:p w14:paraId="3422974D" w14:textId="77777777" w:rsidR="00C07598" w:rsidRPr="0057409D" w:rsidRDefault="00E8614B" w:rsidP="00AB30E2">
      <w:pPr>
        <w:spacing w:before="120"/>
        <w:jc w:val="center"/>
      </w:pPr>
      <w:r w:rsidRPr="00AB30E2">
        <w:rPr>
          <w:b/>
        </w:rPr>
        <w:t>DO PROCESSO ELEITORAL E DA POSSE</w:t>
      </w:r>
    </w:p>
    <w:p w14:paraId="2E133CF1" w14:textId="211BD76D" w:rsidR="00C07598" w:rsidRPr="00AB30E2" w:rsidRDefault="00E8614B" w:rsidP="00AB30E2">
      <w:pPr>
        <w:spacing w:after="40"/>
        <w:jc w:val="both"/>
      </w:pPr>
      <w:r w:rsidRPr="00AB30E2">
        <w:rPr>
          <w:b/>
        </w:rPr>
        <w:t xml:space="preserve">Art. </w:t>
      </w:r>
      <w:r w:rsidRPr="0057409D">
        <w:rPr>
          <w:b/>
        </w:rPr>
        <w:t>62º</w:t>
      </w:r>
      <w:r w:rsidRPr="00AB30E2">
        <w:rPr>
          <w:b/>
        </w:rPr>
        <w:t xml:space="preserve"> - </w:t>
      </w:r>
      <w:r w:rsidRPr="00AB30E2">
        <w:t xml:space="preserve">As eleições dos membros </w:t>
      </w:r>
      <w:r w:rsidRPr="0057409D">
        <w:t>do Conselho de Administração</w:t>
      </w:r>
      <w:r w:rsidRPr="00AB30E2">
        <w:t xml:space="preserve"> e do Conselho Fiscal serão realizadas pela Assembleia Geral Ordinária, no mês de junho, de </w:t>
      </w:r>
      <w:r w:rsidRPr="0057409D">
        <w:t>quatro</w:t>
      </w:r>
      <w:r w:rsidRPr="00AB30E2">
        <w:t xml:space="preserve"> em </w:t>
      </w:r>
      <w:r w:rsidRPr="0057409D">
        <w:t>quatro</w:t>
      </w:r>
      <w:r w:rsidRPr="00AB30E2">
        <w:t xml:space="preserve"> anos.</w:t>
      </w:r>
    </w:p>
    <w:p w14:paraId="3315A678" w14:textId="0790DA1C" w:rsidR="00C07598" w:rsidRPr="00D04ACC" w:rsidRDefault="00E8614B" w:rsidP="00AB30E2">
      <w:pPr>
        <w:spacing w:after="40"/>
        <w:jc w:val="both"/>
        <w:rPr>
          <w:bCs/>
        </w:rPr>
      </w:pPr>
      <w:r w:rsidRPr="004F6D1D">
        <w:rPr>
          <w:b/>
        </w:rPr>
        <w:t xml:space="preserve">Art. 63º - </w:t>
      </w:r>
      <w:r w:rsidRPr="00D04ACC">
        <w:rPr>
          <w:bCs/>
        </w:rPr>
        <w:t xml:space="preserve">As eleições </w:t>
      </w:r>
      <w:r w:rsidRPr="00D04ACC">
        <w:rPr>
          <w:bCs/>
        </w:rPr>
        <w:t>serão convocadas pelo Presidente do Conselho de Administração, por Edital, com antecedência mínima de 30 (trinta) dias antes da realização da mesma</w:t>
      </w:r>
      <w:r w:rsidR="004F6D1D" w:rsidRPr="00D04ACC">
        <w:rPr>
          <w:bCs/>
        </w:rPr>
        <w:t>, aplicando-se, em caso de omissão, as regras supletivas para convocação das Assembleias Ordinárias</w:t>
      </w:r>
      <w:r w:rsidRPr="00D04ACC">
        <w:rPr>
          <w:bCs/>
        </w:rPr>
        <w:t>.</w:t>
      </w:r>
    </w:p>
    <w:p w14:paraId="60A016EB" w14:textId="4B3BE3A8" w:rsidR="00C07598" w:rsidRPr="00AB30E2" w:rsidRDefault="00E8614B" w:rsidP="00AB30E2">
      <w:pPr>
        <w:spacing w:after="40"/>
        <w:jc w:val="both"/>
      </w:pPr>
      <w:r w:rsidRPr="00AB30E2">
        <w:rPr>
          <w:b/>
        </w:rPr>
        <w:t xml:space="preserve">Art. </w:t>
      </w:r>
      <w:r w:rsidRPr="0057409D">
        <w:rPr>
          <w:b/>
        </w:rPr>
        <w:t>64º</w:t>
      </w:r>
      <w:r w:rsidRPr="0057409D">
        <w:rPr>
          <w:b/>
        </w:rPr>
        <w:t xml:space="preserve"> -</w:t>
      </w:r>
      <w:r w:rsidRPr="00AB30E2">
        <w:rPr>
          <w:b/>
        </w:rPr>
        <w:t xml:space="preserve"> </w:t>
      </w:r>
      <w:r w:rsidRPr="00AB30E2">
        <w:t>O Edital de Convocação das eleições deverá conter obrigatoriamente:</w:t>
      </w:r>
    </w:p>
    <w:p w14:paraId="789C2097" w14:textId="539993F9" w:rsidR="00C07598" w:rsidRPr="00AB30E2" w:rsidRDefault="00E8614B" w:rsidP="00AB30E2">
      <w:pPr>
        <w:spacing w:after="40"/>
        <w:ind w:left="397"/>
        <w:jc w:val="both"/>
      </w:pPr>
      <w:r w:rsidRPr="00AB30E2">
        <w:rPr>
          <w:b/>
        </w:rPr>
        <w:t xml:space="preserve">I - </w:t>
      </w:r>
      <w:r w:rsidRPr="0057409D">
        <w:t>local</w:t>
      </w:r>
      <w:r w:rsidRPr="00AB30E2">
        <w:t>, data e horário de início e término da votação;</w:t>
      </w:r>
    </w:p>
    <w:p w14:paraId="189B3E4A" w14:textId="45CE9F88" w:rsidR="00C07598" w:rsidRPr="00AB30E2" w:rsidRDefault="00E8614B" w:rsidP="00AB30E2">
      <w:pPr>
        <w:spacing w:after="40"/>
        <w:ind w:left="397"/>
        <w:jc w:val="both"/>
      </w:pPr>
      <w:r w:rsidRPr="00AB30E2">
        <w:rPr>
          <w:b/>
        </w:rPr>
        <w:t>I</w:t>
      </w:r>
      <w:r w:rsidRPr="00AB30E2">
        <w:t xml:space="preserve">I - </w:t>
      </w:r>
      <w:r w:rsidRPr="0057409D">
        <w:t>horário</w:t>
      </w:r>
      <w:r w:rsidRPr="00AB30E2">
        <w:t xml:space="preserve"> de funcionamento da Secretaria;</w:t>
      </w:r>
    </w:p>
    <w:p w14:paraId="16B1530F" w14:textId="22CB09B6" w:rsidR="00C07598" w:rsidRPr="00AB30E2" w:rsidRDefault="00E8614B" w:rsidP="00AB30E2">
      <w:pPr>
        <w:spacing w:after="40"/>
        <w:ind w:left="397"/>
        <w:jc w:val="both"/>
      </w:pPr>
      <w:r w:rsidRPr="00AB30E2">
        <w:rPr>
          <w:b/>
        </w:rPr>
        <w:t>I</w:t>
      </w:r>
      <w:r w:rsidRPr="00AB30E2">
        <w:t xml:space="preserve">II - </w:t>
      </w:r>
      <w:r w:rsidRPr="0057409D">
        <w:t>prazo</w:t>
      </w:r>
      <w:r w:rsidRPr="00AB30E2">
        <w:t xml:space="preserve"> para registro de chapas;</w:t>
      </w:r>
    </w:p>
    <w:p w14:paraId="2BCC2671" w14:textId="5900F89C" w:rsidR="00C07598" w:rsidRPr="00AB30E2" w:rsidRDefault="00E8614B" w:rsidP="00AB30E2">
      <w:pPr>
        <w:spacing w:after="40"/>
        <w:ind w:left="397"/>
        <w:jc w:val="both"/>
      </w:pPr>
      <w:r w:rsidRPr="00AB30E2">
        <w:rPr>
          <w:b/>
        </w:rPr>
        <w:t>I</w:t>
      </w:r>
      <w:r w:rsidRPr="00AB30E2">
        <w:t xml:space="preserve">V - </w:t>
      </w:r>
      <w:r w:rsidRPr="0057409D">
        <w:t>prazo</w:t>
      </w:r>
      <w:r w:rsidRPr="00AB30E2">
        <w:t xml:space="preserve"> para impugnação de candidaturas; e</w:t>
      </w:r>
    </w:p>
    <w:p w14:paraId="51EB752C" w14:textId="79D9F096" w:rsidR="00C07598" w:rsidRPr="00AB30E2" w:rsidRDefault="00E8614B" w:rsidP="00AB30E2">
      <w:pPr>
        <w:spacing w:after="40"/>
        <w:ind w:left="397"/>
        <w:jc w:val="both"/>
      </w:pPr>
      <w:r w:rsidRPr="00AB30E2">
        <w:rPr>
          <w:b/>
        </w:rPr>
        <w:t xml:space="preserve">V - </w:t>
      </w:r>
      <w:r w:rsidRPr="0057409D">
        <w:t>prazo</w:t>
      </w:r>
      <w:r w:rsidRPr="00AB30E2">
        <w:t xml:space="preserve"> para eventual substituição de nomes dos candidatos e cargos.</w:t>
      </w:r>
    </w:p>
    <w:p w14:paraId="50FAF4B2" w14:textId="6BEDB2AD" w:rsidR="00C07598" w:rsidRPr="00AB30E2" w:rsidRDefault="00E8614B" w:rsidP="00AB30E2">
      <w:pPr>
        <w:spacing w:after="40"/>
        <w:jc w:val="both"/>
      </w:pPr>
      <w:r w:rsidRPr="00AB30E2">
        <w:rPr>
          <w:b/>
        </w:rPr>
        <w:t xml:space="preserve">Art. </w:t>
      </w:r>
      <w:r w:rsidRPr="0057409D">
        <w:rPr>
          <w:b/>
        </w:rPr>
        <w:t>65º</w:t>
      </w:r>
      <w:r w:rsidRPr="00AB30E2">
        <w:rPr>
          <w:b/>
        </w:rPr>
        <w:t xml:space="preserve"> - </w:t>
      </w:r>
      <w:r w:rsidRPr="00AB30E2">
        <w:t xml:space="preserve">As eleições serão realizadas pelo sistema de chapa, por escrutínio secreto em cédula única, na qual </w:t>
      </w:r>
      <w:r w:rsidRPr="0057409D">
        <w:t>deverão constar</w:t>
      </w:r>
      <w:r w:rsidRPr="00AB30E2">
        <w:t xml:space="preserve"> as chapas registradas com os respectivos nomes e cargos, </w:t>
      </w:r>
      <w:r w:rsidRPr="00AB30E2">
        <w:t xml:space="preserve">tanto para </w:t>
      </w:r>
      <w:r w:rsidRPr="0057409D">
        <w:t>o Conselho de Administração</w:t>
      </w:r>
      <w:r w:rsidRPr="00AB30E2">
        <w:t xml:space="preserve"> como para o Conselho Fiscal, sendo considerada eleita a chapa que obtiver maioria de votos.</w:t>
      </w:r>
    </w:p>
    <w:p w14:paraId="468A3717" w14:textId="18EC9302" w:rsidR="00C07598" w:rsidRPr="00D04ACC" w:rsidRDefault="00E8614B">
      <w:pPr>
        <w:spacing w:after="40"/>
        <w:jc w:val="both"/>
        <w:rPr>
          <w:bCs/>
        </w:rPr>
      </w:pPr>
      <w:r w:rsidRPr="00500409">
        <w:rPr>
          <w:b/>
        </w:rPr>
        <w:t xml:space="preserve">§ 1º - </w:t>
      </w:r>
      <w:r w:rsidRPr="00D04ACC">
        <w:rPr>
          <w:bCs/>
        </w:rPr>
        <w:t>A chapa para o Conselho de Administração deverá indicar, entre seus 6 (seis) membros, quais exercerão as funções de Pr</w:t>
      </w:r>
      <w:r w:rsidRPr="00D04ACC">
        <w:rPr>
          <w:bCs/>
        </w:rPr>
        <w:t>esidente, Secretário e Tesoureiro na Diretoria Executiva, sendo que os demais integrarão apenas o Conselho de Administração na qualidade de Conselheiros.</w:t>
      </w:r>
    </w:p>
    <w:p w14:paraId="3F7052CF" w14:textId="173208B5" w:rsidR="00C07598" w:rsidRPr="00D04ACC" w:rsidRDefault="00E8614B">
      <w:pPr>
        <w:spacing w:after="40"/>
        <w:jc w:val="both"/>
        <w:rPr>
          <w:bCs/>
        </w:rPr>
      </w:pPr>
      <w:r w:rsidRPr="00500409">
        <w:rPr>
          <w:b/>
        </w:rPr>
        <w:t xml:space="preserve">§ 2º - </w:t>
      </w:r>
      <w:r w:rsidR="004F6D1D" w:rsidRPr="00D04ACC">
        <w:rPr>
          <w:bCs/>
        </w:rPr>
        <w:t>Aos</w:t>
      </w:r>
      <w:r w:rsidRPr="00D04ACC">
        <w:rPr>
          <w:bCs/>
        </w:rPr>
        <w:t xml:space="preserve"> beneficiários titulares </w:t>
      </w:r>
      <w:r w:rsidR="004F6D1D" w:rsidRPr="00D04ACC">
        <w:rPr>
          <w:bCs/>
        </w:rPr>
        <w:t xml:space="preserve">não associados </w:t>
      </w:r>
      <w:r w:rsidRPr="00D04ACC">
        <w:rPr>
          <w:bCs/>
        </w:rPr>
        <w:t>e representantes de patrocinadores</w:t>
      </w:r>
      <w:r w:rsidR="004F6D1D" w:rsidRPr="00D04ACC">
        <w:rPr>
          <w:bCs/>
        </w:rPr>
        <w:t>, será admitido participarem</w:t>
      </w:r>
      <w:r w:rsidR="00D04ACC">
        <w:rPr>
          <w:bCs/>
        </w:rPr>
        <w:t xml:space="preserve"> para uma das vagas</w:t>
      </w:r>
      <w:r w:rsidR="004F6D1D" w:rsidRPr="00D04ACC">
        <w:rPr>
          <w:bCs/>
        </w:rPr>
        <w:t xml:space="preserve"> </w:t>
      </w:r>
      <w:r w:rsidR="00D04ACC">
        <w:rPr>
          <w:bCs/>
        </w:rPr>
        <w:t xml:space="preserve">do </w:t>
      </w:r>
      <w:r w:rsidRPr="00D04ACC">
        <w:rPr>
          <w:bCs/>
        </w:rPr>
        <w:t>Conselho de Administração</w:t>
      </w:r>
      <w:r w:rsidR="00D04ACC">
        <w:rPr>
          <w:bCs/>
        </w:rPr>
        <w:t>, em composição com os demais associados candidatos das chapas à qual se filiarem</w:t>
      </w:r>
      <w:r w:rsidR="004F6D1D" w:rsidRPr="00D04ACC">
        <w:rPr>
          <w:bCs/>
        </w:rPr>
        <w:t>.</w:t>
      </w:r>
    </w:p>
    <w:p w14:paraId="5325A6CA" w14:textId="77777777" w:rsidR="00C07598" w:rsidRPr="0057409D" w:rsidRDefault="00E8614B" w:rsidP="00AB30E2">
      <w:pPr>
        <w:spacing w:after="40"/>
        <w:jc w:val="both"/>
      </w:pPr>
      <w:r w:rsidRPr="0057409D">
        <w:rPr>
          <w:b/>
        </w:rPr>
        <w:t>§ 3º -</w:t>
      </w:r>
      <w:r w:rsidRPr="00AB30E2">
        <w:rPr>
          <w:b/>
        </w:rPr>
        <w:t xml:space="preserve"> </w:t>
      </w:r>
      <w:r w:rsidRPr="0057409D">
        <w:t xml:space="preserve">Quando houver apenas uma chapa concorrendo, a eleição será por aclamação, sem necessidade dos procedimentos </w:t>
      </w:r>
      <w:r w:rsidRPr="0057409D">
        <w:t>descritos neste artigo.</w:t>
      </w:r>
    </w:p>
    <w:p w14:paraId="667C7A2F" w14:textId="43F748DB" w:rsidR="00C07598" w:rsidRPr="0057409D" w:rsidRDefault="00E8614B" w:rsidP="00AB30E2">
      <w:pPr>
        <w:spacing w:after="40"/>
        <w:jc w:val="both"/>
      </w:pPr>
      <w:r w:rsidRPr="0057409D">
        <w:rPr>
          <w:b/>
        </w:rPr>
        <w:t>§ 4º -</w:t>
      </w:r>
      <w:r w:rsidRPr="00AB30E2">
        <w:rPr>
          <w:b/>
        </w:rPr>
        <w:t xml:space="preserve"> </w:t>
      </w:r>
      <w:r w:rsidRPr="0057409D">
        <w:t>Os candidatos somente poderão concorrer em uma só chapa em cada eleição.</w:t>
      </w:r>
    </w:p>
    <w:p w14:paraId="50683F01" w14:textId="68361276" w:rsidR="00C07598" w:rsidRPr="0057409D" w:rsidRDefault="00E8614B" w:rsidP="00AB30E2">
      <w:pPr>
        <w:spacing w:after="40"/>
        <w:jc w:val="both"/>
      </w:pPr>
      <w:r w:rsidRPr="0057409D">
        <w:rPr>
          <w:b/>
        </w:rPr>
        <w:t>Art. 66º -</w:t>
      </w:r>
      <w:r w:rsidRPr="00AB30E2">
        <w:rPr>
          <w:b/>
        </w:rPr>
        <w:t xml:space="preserve"> </w:t>
      </w:r>
      <w:r w:rsidRPr="0057409D">
        <w:t>O registro dos candidatos será efetuado na Associação por meio de chapas, entregues em 3 (três) vias, mediante recibo expedido pela Secretari</w:t>
      </w:r>
      <w:r w:rsidRPr="0057409D">
        <w:t>a.</w:t>
      </w:r>
    </w:p>
    <w:p w14:paraId="4A45F2B6" w14:textId="77777777" w:rsidR="00C07598" w:rsidRPr="0057409D" w:rsidRDefault="00E8614B" w:rsidP="00AB30E2">
      <w:pPr>
        <w:spacing w:after="40"/>
        <w:jc w:val="both"/>
      </w:pPr>
      <w:r w:rsidRPr="0057409D">
        <w:rPr>
          <w:b/>
        </w:rPr>
        <w:t>§ 1º -</w:t>
      </w:r>
      <w:r w:rsidRPr="00AB30E2">
        <w:rPr>
          <w:b/>
        </w:rPr>
        <w:t xml:space="preserve"> </w:t>
      </w:r>
      <w:r w:rsidRPr="0057409D">
        <w:t>Toda chapa deverá ser completa e registrada com 20 (vinte) dias de antecedência da Assembleia Geral.</w:t>
      </w:r>
    </w:p>
    <w:p w14:paraId="787D18CA" w14:textId="77777777" w:rsidR="00C07598" w:rsidRPr="0057409D" w:rsidRDefault="00E8614B" w:rsidP="00AB30E2">
      <w:pPr>
        <w:spacing w:after="40"/>
        <w:jc w:val="both"/>
      </w:pPr>
      <w:r w:rsidRPr="0057409D">
        <w:rPr>
          <w:b/>
        </w:rPr>
        <w:t>§ 2º -</w:t>
      </w:r>
      <w:r w:rsidRPr="00AB30E2">
        <w:rPr>
          <w:b/>
        </w:rPr>
        <w:t xml:space="preserve"> </w:t>
      </w:r>
      <w:r w:rsidRPr="0057409D">
        <w:t>O registro será requerido à Associação pelo candidato que encabeçar a respectiva chapa.</w:t>
      </w:r>
    </w:p>
    <w:p w14:paraId="722CF411" w14:textId="17A445BE" w:rsidR="00C07598" w:rsidRPr="0057409D" w:rsidRDefault="00E8614B" w:rsidP="00AB30E2">
      <w:pPr>
        <w:spacing w:after="40"/>
        <w:jc w:val="both"/>
      </w:pPr>
      <w:r w:rsidRPr="0057409D">
        <w:rPr>
          <w:b/>
        </w:rPr>
        <w:t>§ 3º -</w:t>
      </w:r>
      <w:r w:rsidRPr="00AB30E2">
        <w:rPr>
          <w:b/>
        </w:rPr>
        <w:t xml:space="preserve"> </w:t>
      </w:r>
      <w:r w:rsidRPr="0057409D">
        <w:t xml:space="preserve">Somente poderão votar os associados que </w:t>
      </w:r>
      <w:r w:rsidRPr="0057409D">
        <w:t>estiverem plenamente quites com os cofres da Associação.</w:t>
      </w:r>
    </w:p>
    <w:p w14:paraId="419C2597" w14:textId="003E812D" w:rsidR="00C07598" w:rsidRPr="0057409D" w:rsidRDefault="00E8614B">
      <w:pPr>
        <w:spacing w:after="40"/>
        <w:jc w:val="both"/>
        <w:rPr>
          <w:rFonts w:cs="Times New Roman"/>
          <w:sz w:val="20"/>
          <w:szCs w:val="20"/>
          <w:lang w:eastAsia="pt-BR"/>
        </w:rPr>
      </w:pPr>
      <w:r w:rsidRPr="00AB30E2">
        <w:rPr>
          <w:b/>
        </w:rPr>
        <w:t xml:space="preserve">Art. </w:t>
      </w:r>
      <w:r w:rsidRPr="0057409D">
        <w:rPr>
          <w:b/>
        </w:rPr>
        <w:t>67º</w:t>
      </w:r>
      <w:r w:rsidRPr="00AB30E2">
        <w:rPr>
          <w:b/>
        </w:rPr>
        <w:t xml:space="preserve"> -</w:t>
      </w:r>
      <w:r w:rsidRPr="00AB30E2">
        <w:rPr>
          <w:rFonts w:cs="Times New Roman"/>
          <w:b/>
          <w:sz w:val="20"/>
          <w:szCs w:val="20"/>
          <w:lang w:eastAsia="pt-BR"/>
        </w:rPr>
        <w:t xml:space="preserve"> </w:t>
      </w:r>
      <w:r w:rsidRPr="00AB30E2">
        <w:t xml:space="preserve">A vacância de </w:t>
      </w:r>
      <w:r w:rsidRPr="0057409D">
        <w:t>cargo do Conselho de Administração será preenchida na forma do art. 49 deste Estatuto.</w:t>
      </w:r>
    </w:p>
    <w:p w14:paraId="1E5ADD9C" w14:textId="18273247" w:rsidR="00C07598" w:rsidRPr="00AB30E2" w:rsidRDefault="00E8614B" w:rsidP="00AB30E2">
      <w:pPr>
        <w:spacing w:after="40"/>
        <w:jc w:val="both"/>
      </w:pPr>
      <w:r w:rsidRPr="0057409D">
        <w:rPr>
          <w:b/>
        </w:rPr>
        <w:t xml:space="preserve">§ 1º - </w:t>
      </w:r>
      <w:r w:rsidRPr="0057409D">
        <w:t>A vacância de cargo do</w:t>
      </w:r>
      <w:r w:rsidRPr="00AB30E2">
        <w:t xml:space="preserve"> Conselho Fiscal resultará no preenchimento da respectiva vaga </w:t>
      </w:r>
      <w:r w:rsidRPr="0057409D">
        <w:t>por</w:t>
      </w:r>
      <w:r w:rsidRPr="00AB30E2">
        <w:t xml:space="preserve"> substituto </w:t>
      </w:r>
      <w:r w:rsidRPr="0057409D">
        <w:t>indicado pelos membros remanescentes</w:t>
      </w:r>
      <w:r w:rsidRPr="00AB30E2">
        <w:t xml:space="preserve">, até a próxima Assembleia Geral Ordinária, quando será </w:t>
      </w:r>
      <w:r w:rsidRPr="0057409D">
        <w:t xml:space="preserve">realizada </w:t>
      </w:r>
      <w:r w:rsidRPr="00AB30E2">
        <w:t>eleição específica.</w:t>
      </w:r>
    </w:p>
    <w:p w14:paraId="1EF475A7" w14:textId="1A4ABB70" w:rsidR="00C07598" w:rsidRPr="0057409D" w:rsidRDefault="00E8614B" w:rsidP="00AB30E2">
      <w:pPr>
        <w:spacing w:after="40"/>
        <w:jc w:val="both"/>
      </w:pPr>
      <w:r w:rsidRPr="0057409D">
        <w:rPr>
          <w:b/>
        </w:rPr>
        <w:t>§ 2º -</w:t>
      </w:r>
      <w:r w:rsidRPr="00AB30E2">
        <w:rPr>
          <w:b/>
        </w:rPr>
        <w:t xml:space="preserve"> </w:t>
      </w:r>
      <w:r w:rsidRPr="0057409D">
        <w:t>Os eleitos para preencher vagas terão mandato pel</w:t>
      </w:r>
      <w:r w:rsidRPr="0057409D">
        <w:t>o período restante do mandato dos substituídos.</w:t>
      </w:r>
    </w:p>
    <w:p w14:paraId="23524230" w14:textId="7D42A714" w:rsidR="00C07598" w:rsidRPr="0057409D" w:rsidRDefault="00E8614B" w:rsidP="00AB30E2">
      <w:pPr>
        <w:spacing w:after="40"/>
        <w:jc w:val="both"/>
      </w:pPr>
      <w:r w:rsidRPr="0057409D">
        <w:rPr>
          <w:b/>
        </w:rPr>
        <w:t>Art. 68º -</w:t>
      </w:r>
      <w:r w:rsidRPr="00AB30E2">
        <w:rPr>
          <w:b/>
        </w:rPr>
        <w:t xml:space="preserve"> </w:t>
      </w:r>
      <w:r w:rsidRPr="0057409D">
        <w:t xml:space="preserve">Na primeira quinzena do mês de maio dos anos em que se realizarem as eleições, o Conselho de Administração designará uma Comissão Eleitoral, composta por 5 (cinco) associados da APAS-JAÚ no gozo </w:t>
      </w:r>
      <w:r w:rsidRPr="0057409D">
        <w:lastRenderedPageBreak/>
        <w:t>do</w:t>
      </w:r>
      <w:r w:rsidRPr="0057409D">
        <w:t>s direitos associativos, que não exerçam cargos no Conselho de Administração, no Conselho Fiscal ou em Departamentos, e que não sejam candidatos ou parentes de candidatos.</w:t>
      </w:r>
    </w:p>
    <w:p w14:paraId="25C1FFF5" w14:textId="77777777" w:rsidR="00C07598" w:rsidRPr="0057409D" w:rsidRDefault="00E8614B" w:rsidP="00AB30E2">
      <w:pPr>
        <w:spacing w:after="40"/>
        <w:jc w:val="both"/>
      </w:pPr>
      <w:r w:rsidRPr="0057409D">
        <w:rPr>
          <w:b/>
        </w:rPr>
        <w:t>§ 1º -</w:t>
      </w:r>
      <w:r w:rsidRPr="00AB30E2">
        <w:rPr>
          <w:b/>
        </w:rPr>
        <w:t xml:space="preserve"> </w:t>
      </w:r>
      <w:r w:rsidRPr="0057409D">
        <w:t>A designação da Comissão será divulgada por Edital afixado na Sede da Associa</w:t>
      </w:r>
      <w:r w:rsidRPr="0057409D">
        <w:t>ção.</w:t>
      </w:r>
    </w:p>
    <w:p w14:paraId="1E852FA6" w14:textId="0110A4DA" w:rsidR="00C07598" w:rsidRPr="0057409D" w:rsidRDefault="00E8614B" w:rsidP="00AB30E2">
      <w:pPr>
        <w:spacing w:after="40"/>
        <w:jc w:val="both"/>
      </w:pPr>
      <w:r w:rsidRPr="0057409D">
        <w:rPr>
          <w:b/>
        </w:rPr>
        <w:t>§ 2º -</w:t>
      </w:r>
      <w:r w:rsidRPr="00AB30E2">
        <w:rPr>
          <w:b/>
        </w:rPr>
        <w:t xml:space="preserve"> </w:t>
      </w:r>
      <w:r w:rsidRPr="0057409D">
        <w:t>A Comissão considerar-se-á empossada logo que designada, e dissolvida com a proclamação dos resultados.</w:t>
      </w:r>
    </w:p>
    <w:p w14:paraId="7681BE61" w14:textId="32ABF74C" w:rsidR="00C07598" w:rsidRPr="0057409D" w:rsidRDefault="00E8614B" w:rsidP="00AB30E2">
      <w:pPr>
        <w:spacing w:after="40"/>
        <w:jc w:val="both"/>
      </w:pPr>
      <w:r w:rsidRPr="0057409D">
        <w:rPr>
          <w:b/>
        </w:rPr>
        <w:t>Art. 69º -</w:t>
      </w:r>
      <w:r w:rsidRPr="00AB30E2">
        <w:rPr>
          <w:b/>
        </w:rPr>
        <w:t xml:space="preserve"> </w:t>
      </w:r>
      <w:r w:rsidRPr="0057409D">
        <w:t>Compete à Comissão Eleitoral:</w:t>
      </w:r>
    </w:p>
    <w:p w14:paraId="6A718F97" w14:textId="0A3ADC47" w:rsidR="00C07598" w:rsidRPr="0057409D" w:rsidRDefault="00E8614B" w:rsidP="00AB30E2">
      <w:pPr>
        <w:spacing w:after="40"/>
        <w:ind w:left="397"/>
        <w:jc w:val="both"/>
      </w:pPr>
      <w:r w:rsidRPr="00AB30E2">
        <w:rPr>
          <w:b/>
        </w:rPr>
        <w:t xml:space="preserve">I - </w:t>
      </w:r>
      <w:r w:rsidRPr="0057409D">
        <w:t>escolher, entre seus membros, um Presidente, um 1º Secretário e um 2º Secretário, ficando os de</w:t>
      </w:r>
      <w:r w:rsidRPr="0057409D">
        <w:t>mais como Suplentes;</w:t>
      </w:r>
    </w:p>
    <w:p w14:paraId="219E738B" w14:textId="0F215614" w:rsidR="00C07598" w:rsidRPr="0057409D" w:rsidRDefault="00E8614B" w:rsidP="00AB30E2">
      <w:pPr>
        <w:spacing w:after="40"/>
        <w:ind w:left="397"/>
        <w:jc w:val="both"/>
      </w:pPr>
      <w:r w:rsidRPr="00AB30E2">
        <w:rPr>
          <w:b/>
        </w:rPr>
        <w:t>I</w:t>
      </w:r>
      <w:r w:rsidRPr="0057409D">
        <w:t>I - decidir as impugnações às candidaturas e deferir os registros dos candidatos;</w:t>
      </w:r>
    </w:p>
    <w:p w14:paraId="56C34D3F" w14:textId="081316D9" w:rsidR="00C07598" w:rsidRPr="0057409D" w:rsidRDefault="00E8614B" w:rsidP="00AB30E2">
      <w:pPr>
        <w:spacing w:after="40"/>
        <w:ind w:left="397"/>
        <w:jc w:val="both"/>
      </w:pPr>
      <w:r w:rsidRPr="00AB30E2">
        <w:rPr>
          <w:b/>
        </w:rPr>
        <w:t>I</w:t>
      </w:r>
      <w:r w:rsidRPr="0057409D">
        <w:t>II - expedir instruções para as eleições e exercer o controle e as apurações;</w:t>
      </w:r>
    </w:p>
    <w:p w14:paraId="1D775B1B" w14:textId="5F6026B9" w:rsidR="00C07598" w:rsidRPr="0057409D" w:rsidRDefault="00E8614B" w:rsidP="00AB30E2">
      <w:pPr>
        <w:spacing w:after="40"/>
        <w:ind w:left="397"/>
        <w:jc w:val="both"/>
      </w:pPr>
      <w:r w:rsidRPr="00AB30E2">
        <w:rPr>
          <w:b/>
        </w:rPr>
        <w:t>I</w:t>
      </w:r>
      <w:r w:rsidRPr="0057409D">
        <w:t>V - dirigir e fiscalizar a votação, durante as eleições, estabelecendo a</w:t>
      </w:r>
      <w:r w:rsidRPr="0057409D">
        <w:t xml:space="preserve"> forma de coleta dos votos;</w:t>
      </w:r>
    </w:p>
    <w:p w14:paraId="06EEDFE5" w14:textId="06BA6146" w:rsidR="00C07598" w:rsidRPr="0057409D" w:rsidRDefault="00E8614B" w:rsidP="00AB30E2">
      <w:pPr>
        <w:spacing w:after="40"/>
        <w:ind w:left="397"/>
        <w:jc w:val="both"/>
      </w:pPr>
      <w:r w:rsidRPr="00AB30E2">
        <w:rPr>
          <w:b/>
        </w:rPr>
        <w:t xml:space="preserve">V - </w:t>
      </w:r>
      <w:r w:rsidRPr="0057409D">
        <w:t>assegurar o sigilo da votação e apurar publicamente os votos após o escrutínio; e</w:t>
      </w:r>
    </w:p>
    <w:p w14:paraId="151019CE" w14:textId="37327AA5" w:rsidR="00C07598" w:rsidRPr="0057409D" w:rsidRDefault="00E8614B" w:rsidP="00AB30E2">
      <w:pPr>
        <w:spacing w:after="40"/>
        <w:ind w:left="397"/>
        <w:jc w:val="both"/>
      </w:pPr>
      <w:r w:rsidRPr="00AB30E2">
        <w:rPr>
          <w:b/>
        </w:rPr>
        <w:t>V</w:t>
      </w:r>
      <w:r w:rsidRPr="0057409D">
        <w:t>I - lavrar as atas de suas reuniões.</w:t>
      </w:r>
    </w:p>
    <w:p w14:paraId="25BA9D7F" w14:textId="2A6B7172" w:rsidR="00C07598" w:rsidRPr="00AB30E2" w:rsidRDefault="00E8614B" w:rsidP="00AB30E2">
      <w:pPr>
        <w:spacing w:after="40"/>
        <w:jc w:val="both"/>
      </w:pPr>
      <w:r w:rsidRPr="00AB30E2">
        <w:rPr>
          <w:b/>
        </w:rPr>
        <w:t xml:space="preserve">Art. </w:t>
      </w:r>
      <w:r w:rsidRPr="0057409D">
        <w:rPr>
          <w:b/>
        </w:rPr>
        <w:t>70º</w:t>
      </w:r>
      <w:r w:rsidRPr="00AB30E2">
        <w:rPr>
          <w:b/>
        </w:rPr>
        <w:t xml:space="preserve"> - </w:t>
      </w:r>
      <w:r w:rsidRPr="00AB30E2">
        <w:t>Organizada a Mesa Eleitoral, o 1º Secretário fará a chamada dos associados que tiverem assina</w:t>
      </w:r>
      <w:r w:rsidRPr="00AB30E2">
        <w:t>do o livro de presença, os quais depositarão suas cédulas na urna respectiva, por intermédio do 2º Secretário.</w:t>
      </w:r>
    </w:p>
    <w:p w14:paraId="0338EAAE" w14:textId="528765D5" w:rsidR="00C07598" w:rsidRPr="00AB30E2" w:rsidRDefault="00E8614B" w:rsidP="00AB30E2">
      <w:pPr>
        <w:spacing w:after="40"/>
        <w:jc w:val="both"/>
      </w:pPr>
      <w:r w:rsidRPr="00AB30E2">
        <w:rPr>
          <w:b/>
        </w:rPr>
        <w:t xml:space="preserve">Parágrafo único </w:t>
      </w:r>
      <w:r w:rsidRPr="0057409D">
        <w:rPr>
          <w:b/>
        </w:rPr>
        <w:t>-</w:t>
      </w:r>
      <w:r w:rsidRPr="00AB30E2">
        <w:rPr>
          <w:b/>
        </w:rPr>
        <w:t xml:space="preserve"> </w:t>
      </w:r>
      <w:r w:rsidRPr="00AB30E2">
        <w:t>Poderá compor a Mesa Eleitoral</w:t>
      </w:r>
      <w:r w:rsidRPr="0057409D">
        <w:t xml:space="preserve"> 1</w:t>
      </w:r>
      <w:r w:rsidRPr="00AB30E2">
        <w:t xml:space="preserve"> (um) Fiscal previamente inscrito de cada chapa concorrente.</w:t>
      </w:r>
    </w:p>
    <w:p w14:paraId="398FCB03" w14:textId="48E4F4F1" w:rsidR="00C07598" w:rsidRPr="0057409D" w:rsidRDefault="00E8614B" w:rsidP="00AB30E2">
      <w:pPr>
        <w:spacing w:after="40"/>
        <w:jc w:val="both"/>
      </w:pPr>
      <w:r w:rsidRPr="0057409D">
        <w:rPr>
          <w:b/>
        </w:rPr>
        <w:t>Art. 71º -</w:t>
      </w:r>
      <w:r w:rsidRPr="00AB30E2">
        <w:rPr>
          <w:b/>
        </w:rPr>
        <w:t xml:space="preserve"> </w:t>
      </w:r>
      <w:r w:rsidRPr="0057409D">
        <w:t>A execução dos trabalho</w:t>
      </w:r>
      <w:r w:rsidRPr="0057409D">
        <w:t>s da coleta e apuração dos votos será realizada por 3 (três) representantes de entidades de classes sindicais locais.</w:t>
      </w:r>
    </w:p>
    <w:p w14:paraId="5C6BF59A" w14:textId="09D916D8" w:rsidR="00C07598" w:rsidRPr="0057409D" w:rsidRDefault="00E8614B" w:rsidP="00AB30E2">
      <w:pPr>
        <w:spacing w:after="40"/>
        <w:jc w:val="both"/>
      </w:pPr>
      <w:r w:rsidRPr="0057409D">
        <w:rPr>
          <w:b/>
        </w:rPr>
        <w:t>Art. 72º -</w:t>
      </w:r>
      <w:r w:rsidRPr="00AB30E2">
        <w:rPr>
          <w:b/>
        </w:rPr>
        <w:t xml:space="preserve"> </w:t>
      </w:r>
      <w:r w:rsidRPr="0057409D">
        <w:t>Na medida em que os votos forem sendo apurados, poderão os interessados apresentar impugnações, que serão decididas de imediato</w:t>
      </w:r>
      <w:r w:rsidRPr="0057409D">
        <w:t xml:space="preserve"> pela Comissão.</w:t>
      </w:r>
    </w:p>
    <w:p w14:paraId="34B9F8AD" w14:textId="15031162" w:rsidR="00C07598" w:rsidRPr="0057409D" w:rsidRDefault="00E8614B" w:rsidP="00AB30E2">
      <w:pPr>
        <w:spacing w:after="40"/>
        <w:jc w:val="both"/>
      </w:pPr>
      <w:r w:rsidRPr="0057409D">
        <w:rPr>
          <w:b/>
        </w:rPr>
        <w:t>Parágrafo único -</w:t>
      </w:r>
      <w:r w:rsidRPr="00AB30E2">
        <w:rPr>
          <w:b/>
        </w:rPr>
        <w:t xml:space="preserve"> </w:t>
      </w:r>
      <w:r w:rsidRPr="0057409D">
        <w:t>Das decisões da Comissão caberá recurso imediato para a Assembleia Geral, interposto por escrito.</w:t>
      </w:r>
    </w:p>
    <w:p w14:paraId="5D85D59E" w14:textId="15007C2E" w:rsidR="00C07598" w:rsidRPr="0057409D" w:rsidRDefault="00E8614B" w:rsidP="00AB30E2">
      <w:pPr>
        <w:spacing w:after="40"/>
        <w:jc w:val="both"/>
      </w:pPr>
      <w:r w:rsidRPr="0057409D">
        <w:rPr>
          <w:b/>
        </w:rPr>
        <w:t>Art. 73º -</w:t>
      </w:r>
      <w:r w:rsidRPr="00AB30E2">
        <w:rPr>
          <w:b/>
        </w:rPr>
        <w:t xml:space="preserve"> </w:t>
      </w:r>
      <w:r w:rsidRPr="0057409D">
        <w:t>Contadas as cédulas, que devem corresponder ao número de votantes, e ocorrendo a apuração, a Comissão imediatamen</w:t>
      </w:r>
      <w:r w:rsidRPr="0057409D">
        <w:t>te proclamará o resultado das apurações e o encaminhará ao Presidente da Assembleia Geral juntamente com os eventuais recursos porventura interpostos. Decididos estes pela Assembleia, fará o Presidente a proclamação oficial do resultado do pleito.</w:t>
      </w:r>
    </w:p>
    <w:p w14:paraId="72610741" w14:textId="4F711E0F" w:rsidR="00C07598" w:rsidRPr="00AB30E2" w:rsidRDefault="00E8614B" w:rsidP="00AB30E2">
      <w:pPr>
        <w:spacing w:after="40"/>
        <w:jc w:val="both"/>
      </w:pPr>
      <w:r w:rsidRPr="00AB30E2">
        <w:rPr>
          <w:b/>
        </w:rPr>
        <w:t xml:space="preserve">Art. </w:t>
      </w:r>
      <w:r w:rsidRPr="0057409D">
        <w:rPr>
          <w:b/>
        </w:rPr>
        <w:t>74º</w:t>
      </w:r>
      <w:r w:rsidRPr="0057409D">
        <w:rPr>
          <w:b/>
        </w:rPr>
        <w:t xml:space="preserve"> -</w:t>
      </w:r>
      <w:r w:rsidRPr="00AB30E2">
        <w:rPr>
          <w:b/>
        </w:rPr>
        <w:t xml:space="preserve"> </w:t>
      </w:r>
      <w:r w:rsidRPr="00AB30E2">
        <w:t xml:space="preserve">Se houver recurso contra a proclamação dos resultados que não possa ser decidido de imediato, o Presidente novamente reunirá a Comissão para esse fim específico, no prazo máximo de 10 (dez) dias, </w:t>
      </w:r>
      <w:r w:rsidRPr="0057409D">
        <w:t>retirará</w:t>
      </w:r>
      <w:r w:rsidRPr="00AB30E2">
        <w:t xml:space="preserve"> ou ratificará o resultado </w:t>
      </w:r>
      <w:r w:rsidRPr="0057409D">
        <w:t>definitivo</w:t>
      </w:r>
      <w:r w:rsidRPr="00AB30E2">
        <w:t xml:space="preserve">, sendo </w:t>
      </w:r>
      <w:r w:rsidRPr="0057409D">
        <w:t>indi</w:t>
      </w:r>
      <w:r w:rsidRPr="0057409D">
        <w:t>spensável</w:t>
      </w:r>
      <w:r w:rsidRPr="00AB30E2">
        <w:t xml:space="preserve"> a convocação de uma nova Assembleia Geral.</w:t>
      </w:r>
    </w:p>
    <w:p w14:paraId="0F60484B" w14:textId="71925744" w:rsidR="00C07598" w:rsidRPr="00AB30E2" w:rsidRDefault="00E8614B" w:rsidP="00AB30E2">
      <w:pPr>
        <w:spacing w:after="40"/>
        <w:jc w:val="both"/>
      </w:pPr>
      <w:r w:rsidRPr="00AB30E2">
        <w:rPr>
          <w:b/>
        </w:rPr>
        <w:t xml:space="preserve">Art. </w:t>
      </w:r>
      <w:r w:rsidRPr="0057409D">
        <w:rPr>
          <w:b/>
        </w:rPr>
        <w:t>75º</w:t>
      </w:r>
      <w:r w:rsidRPr="00AB30E2">
        <w:rPr>
          <w:b/>
        </w:rPr>
        <w:t xml:space="preserve"> - </w:t>
      </w:r>
      <w:r w:rsidRPr="00AB30E2">
        <w:t xml:space="preserve">Findo o processo eleitoral, dar-se-á a posse dos novos membros, que assumirão o </w:t>
      </w:r>
      <w:r w:rsidR="004F6D1D">
        <w:t xml:space="preserve">efetivo </w:t>
      </w:r>
      <w:r w:rsidRPr="00AB30E2">
        <w:t>exercício das respectivas funções</w:t>
      </w:r>
      <w:r w:rsidR="004F6D1D">
        <w:t xml:space="preserve"> quando houver o respectivo registro </w:t>
      </w:r>
      <w:r w:rsidRPr="0057409D">
        <w:t xml:space="preserve">junto ao Cartório de Registro </w:t>
      </w:r>
      <w:r w:rsidRPr="0057409D">
        <w:t>Civil de Pessoas Jurídicas</w:t>
      </w:r>
      <w:r w:rsidR="004F6D1D">
        <w:t xml:space="preserve">; </w:t>
      </w:r>
      <w:r w:rsidR="004F6D1D" w:rsidRPr="0057409D">
        <w:t>os mandatos dos eleitos anteriormente</w:t>
      </w:r>
      <w:r w:rsidR="004F6D1D">
        <w:t xml:space="preserve"> serão prorrogados até a efetivação do registro da eleição dos novos eleitos</w:t>
      </w:r>
      <w:r w:rsidRPr="00AB30E2">
        <w:t>.</w:t>
      </w:r>
    </w:p>
    <w:p w14:paraId="7BC22C80" w14:textId="6A4315C7" w:rsidR="00C07598" w:rsidRPr="00AB30E2" w:rsidRDefault="00E8614B" w:rsidP="00AB30E2">
      <w:pPr>
        <w:spacing w:after="40"/>
        <w:jc w:val="both"/>
      </w:pPr>
      <w:r w:rsidRPr="00AB30E2">
        <w:rPr>
          <w:b/>
        </w:rPr>
        <w:t xml:space="preserve">Art. </w:t>
      </w:r>
      <w:r w:rsidRPr="0057409D">
        <w:rPr>
          <w:b/>
        </w:rPr>
        <w:t>76º -</w:t>
      </w:r>
      <w:r w:rsidRPr="00AB30E2">
        <w:rPr>
          <w:b/>
        </w:rPr>
        <w:t xml:space="preserve"> </w:t>
      </w:r>
      <w:r w:rsidRPr="00AB30E2">
        <w:t>Até 15 (quinze) dias antes das eleições, qualquer associado poderá impugnar candidaturas.</w:t>
      </w:r>
    </w:p>
    <w:p w14:paraId="633220BC" w14:textId="7BF4EF77" w:rsidR="00C07598" w:rsidRPr="00AB30E2" w:rsidRDefault="00E8614B" w:rsidP="00AB30E2">
      <w:pPr>
        <w:spacing w:after="40"/>
        <w:jc w:val="both"/>
      </w:pPr>
      <w:r w:rsidRPr="00AB30E2">
        <w:rPr>
          <w:b/>
        </w:rPr>
        <w:t xml:space="preserve">Art. </w:t>
      </w:r>
      <w:r w:rsidRPr="0057409D">
        <w:rPr>
          <w:b/>
        </w:rPr>
        <w:t>77º -</w:t>
      </w:r>
      <w:r w:rsidRPr="00AB30E2">
        <w:rPr>
          <w:b/>
        </w:rPr>
        <w:t xml:space="preserve"> </w:t>
      </w:r>
      <w:r w:rsidRPr="00AB30E2">
        <w:t>A</w:t>
      </w:r>
      <w:r w:rsidRPr="00AB30E2">
        <w:t xml:space="preserve">s impugnações das candidaturas ou das chapas somente poderão versar sobre causas de inelegibilidade previstas neste Estatuto Social e somente </w:t>
      </w:r>
      <w:r w:rsidRPr="0057409D">
        <w:t>poderão</w:t>
      </w:r>
      <w:r w:rsidRPr="00AB30E2">
        <w:t xml:space="preserve"> ser </w:t>
      </w:r>
      <w:r w:rsidRPr="0057409D">
        <w:t>apresentadas</w:t>
      </w:r>
      <w:r w:rsidRPr="00AB30E2">
        <w:t xml:space="preserve"> pelo associado que estiver com os cofres da Associação</w:t>
      </w:r>
      <w:r w:rsidRPr="0057409D">
        <w:t xml:space="preserve"> em dia</w:t>
      </w:r>
      <w:r w:rsidRPr="00AB30E2">
        <w:t>, mediante requerimento diri</w:t>
      </w:r>
      <w:r w:rsidRPr="00AB30E2">
        <w:t xml:space="preserve">gido ao Presidente da </w:t>
      </w:r>
      <w:r w:rsidRPr="0057409D">
        <w:t>Comissão</w:t>
      </w:r>
      <w:r w:rsidRPr="00AB30E2">
        <w:t xml:space="preserve"> e protocolado na Secretaria.</w:t>
      </w:r>
    </w:p>
    <w:p w14:paraId="151EBE6A" w14:textId="2869A1D1" w:rsidR="00C07598" w:rsidRPr="00AB30E2" w:rsidRDefault="00E8614B" w:rsidP="00AB30E2">
      <w:pPr>
        <w:spacing w:after="40"/>
        <w:jc w:val="both"/>
      </w:pPr>
      <w:r w:rsidRPr="00AB30E2">
        <w:rPr>
          <w:b/>
        </w:rPr>
        <w:t xml:space="preserve">Art. </w:t>
      </w:r>
      <w:r w:rsidRPr="0057409D">
        <w:rPr>
          <w:b/>
        </w:rPr>
        <w:t>78º -</w:t>
      </w:r>
      <w:r w:rsidRPr="00AB30E2">
        <w:rPr>
          <w:b/>
        </w:rPr>
        <w:t xml:space="preserve"> </w:t>
      </w:r>
      <w:r w:rsidRPr="00AB30E2">
        <w:t xml:space="preserve">O Presidente </w:t>
      </w:r>
      <w:r w:rsidR="0065343C">
        <w:t xml:space="preserve">do Conselho de Administração/Diretoria </w:t>
      </w:r>
      <w:r w:rsidRPr="00AB30E2">
        <w:t xml:space="preserve">deverá instruir a impugnação no prazo de </w:t>
      </w:r>
      <w:r w:rsidRPr="0057409D">
        <w:t>3</w:t>
      </w:r>
      <w:r w:rsidRPr="00AB30E2">
        <w:t xml:space="preserve"> (três) dias após o seu recebimento e conceder outros </w:t>
      </w:r>
      <w:r w:rsidRPr="0057409D">
        <w:t>3</w:t>
      </w:r>
      <w:r w:rsidRPr="00AB30E2">
        <w:t xml:space="preserve"> (três) dias para que o candidato ou</w:t>
      </w:r>
      <w:r w:rsidRPr="00AB30E2">
        <w:t xml:space="preserve"> chapa impugnada, caso queiram, apresentem suas contrarrazões à impugnação. Após</w:t>
      </w:r>
      <w:r w:rsidRPr="0057409D">
        <w:t xml:space="preserve"> o</w:t>
      </w:r>
      <w:r w:rsidRPr="00AB30E2">
        <w:t xml:space="preserve"> prazo de </w:t>
      </w:r>
      <w:r w:rsidRPr="0057409D">
        <w:t>3</w:t>
      </w:r>
      <w:r w:rsidRPr="00AB30E2">
        <w:t xml:space="preserve"> (três) dias, o Presidente deverá proferir decisão sobre o acolhimento ou não da impugnação, da qual caberá recurso, no prazo de </w:t>
      </w:r>
      <w:r w:rsidRPr="0057409D">
        <w:t>3</w:t>
      </w:r>
      <w:r w:rsidRPr="00AB30E2">
        <w:t xml:space="preserve"> (três) dias</w:t>
      </w:r>
      <w:r w:rsidRPr="0057409D">
        <w:t>, ao Conselho de Admi</w:t>
      </w:r>
      <w:r w:rsidRPr="0057409D">
        <w:t>nistração</w:t>
      </w:r>
      <w:r w:rsidRPr="00AB30E2">
        <w:t xml:space="preserve">, que se reunirá, no prazo de </w:t>
      </w:r>
      <w:r w:rsidRPr="0057409D">
        <w:t>3</w:t>
      </w:r>
      <w:r w:rsidRPr="00AB30E2">
        <w:t xml:space="preserve"> (três) dias após a interposição do recurso</w:t>
      </w:r>
      <w:r w:rsidRPr="0057409D">
        <w:t>,</w:t>
      </w:r>
      <w:r w:rsidRPr="00AB30E2">
        <w:t xml:space="preserve"> para analisar definitivamente sobre o acolhimento ou não da impugnação.</w:t>
      </w:r>
    </w:p>
    <w:p w14:paraId="577BB47C" w14:textId="77777777" w:rsidR="00C07598" w:rsidRPr="0057409D" w:rsidRDefault="00E8614B" w:rsidP="00AB30E2">
      <w:pPr>
        <w:spacing w:before="120"/>
        <w:jc w:val="center"/>
      </w:pPr>
      <w:r w:rsidRPr="00AB30E2">
        <w:rPr>
          <w:b/>
          <w:sz w:val="24"/>
        </w:rPr>
        <w:t>CAPÍTULO IX</w:t>
      </w:r>
    </w:p>
    <w:p w14:paraId="3FC7D9EE" w14:textId="77777777" w:rsidR="00C07598" w:rsidRPr="0057409D" w:rsidRDefault="00E8614B" w:rsidP="00AB30E2">
      <w:pPr>
        <w:spacing w:before="120"/>
        <w:jc w:val="center"/>
      </w:pPr>
      <w:r w:rsidRPr="00AB30E2">
        <w:rPr>
          <w:b/>
        </w:rPr>
        <w:lastRenderedPageBreak/>
        <w:t>DOS LIVROS</w:t>
      </w:r>
    </w:p>
    <w:p w14:paraId="710053FA" w14:textId="132AA57A" w:rsidR="00C07598" w:rsidRPr="0057409D" w:rsidRDefault="00E8614B" w:rsidP="00AB30E2">
      <w:pPr>
        <w:spacing w:after="40"/>
        <w:jc w:val="both"/>
      </w:pPr>
      <w:r w:rsidRPr="0057409D">
        <w:rPr>
          <w:b/>
        </w:rPr>
        <w:t>Art. 79º -</w:t>
      </w:r>
      <w:r w:rsidRPr="00AB30E2">
        <w:rPr>
          <w:b/>
        </w:rPr>
        <w:t xml:space="preserve"> </w:t>
      </w:r>
      <w:r w:rsidRPr="0057409D">
        <w:t>A Associação deverá ter:</w:t>
      </w:r>
    </w:p>
    <w:p w14:paraId="34A299D4" w14:textId="77777777" w:rsidR="00C07598" w:rsidRPr="0057409D" w:rsidRDefault="00E8614B" w:rsidP="00AB30E2">
      <w:pPr>
        <w:spacing w:after="40"/>
        <w:ind w:left="397"/>
        <w:jc w:val="both"/>
      </w:pPr>
      <w:r w:rsidRPr="00AB30E2">
        <w:rPr>
          <w:b/>
        </w:rPr>
        <w:t xml:space="preserve">I - </w:t>
      </w:r>
      <w:r w:rsidRPr="0057409D">
        <w:t>livro de matrícula de associados;</w:t>
      </w:r>
    </w:p>
    <w:p w14:paraId="5CF4252B" w14:textId="661AE4A0" w:rsidR="00C07598" w:rsidRPr="00D04ACC" w:rsidRDefault="00E8614B" w:rsidP="00AB30E2">
      <w:pPr>
        <w:spacing w:after="40"/>
        <w:ind w:left="397"/>
        <w:jc w:val="both"/>
        <w:rPr>
          <w:bCs/>
        </w:rPr>
      </w:pPr>
      <w:r w:rsidRPr="00500409">
        <w:rPr>
          <w:b/>
        </w:rPr>
        <w:t xml:space="preserve">II - </w:t>
      </w:r>
      <w:r w:rsidRPr="00D04ACC">
        <w:rPr>
          <w:bCs/>
        </w:rPr>
        <w:t>livro de atas de reunião do Conselho de Administração;</w:t>
      </w:r>
    </w:p>
    <w:p w14:paraId="1D42C395" w14:textId="77777777" w:rsidR="00C07598" w:rsidRPr="00AB30E2" w:rsidRDefault="00E8614B" w:rsidP="00AB30E2">
      <w:pPr>
        <w:spacing w:after="40"/>
        <w:ind w:left="397"/>
        <w:jc w:val="both"/>
      </w:pPr>
      <w:r w:rsidRPr="00AB30E2">
        <w:rPr>
          <w:b/>
        </w:rPr>
        <w:t>I</w:t>
      </w:r>
      <w:r w:rsidRPr="00AB30E2">
        <w:t>II - livro de atas de reunião do Conselho Fiscal;</w:t>
      </w:r>
    </w:p>
    <w:p w14:paraId="2555E041" w14:textId="77777777" w:rsidR="00C07598" w:rsidRPr="00AB30E2" w:rsidRDefault="00E8614B" w:rsidP="00AB30E2">
      <w:pPr>
        <w:spacing w:after="40"/>
        <w:ind w:left="397"/>
        <w:jc w:val="both"/>
      </w:pPr>
      <w:r w:rsidRPr="00AB30E2">
        <w:rPr>
          <w:b/>
        </w:rPr>
        <w:t>I</w:t>
      </w:r>
      <w:r w:rsidRPr="00AB30E2">
        <w:t>V - livro de atas da Assembleia Geral;</w:t>
      </w:r>
    </w:p>
    <w:p w14:paraId="6A88EF22" w14:textId="30C1CDE1" w:rsidR="00C07598" w:rsidRPr="00AB30E2" w:rsidRDefault="00E8614B" w:rsidP="00AB30E2">
      <w:pPr>
        <w:spacing w:after="40"/>
        <w:ind w:left="397"/>
        <w:jc w:val="both"/>
      </w:pPr>
      <w:r w:rsidRPr="00AB30E2">
        <w:rPr>
          <w:b/>
        </w:rPr>
        <w:t xml:space="preserve">V - </w:t>
      </w:r>
      <w:r w:rsidRPr="00AB30E2">
        <w:t xml:space="preserve">livro de presença dos </w:t>
      </w:r>
      <w:r w:rsidRPr="0057409D">
        <w:t>associados</w:t>
      </w:r>
      <w:r w:rsidRPr="00AB30E2">
        <w:t xml:space="preserve"> em Assembleias;</w:t>
      </w:r>
      <w:r w:rsidRPr="0057409D">
        <w:t xml:space="preserve"> e</w:t>
      </w:r>
    </w:p>
    <w:p w14:paraId="224ADD2B" w14:textId="77777777" w:rsidR="00C07598" w:rsidRPr="0057409D" w:rsidRDefault="00E8614B" w:rsidP="00AB30E2">
      <w:pPr>
        <w:spacing w:after="40"/>
        <w:ind w:left="397"/>
        <w:jc w:val="both"/>
      </w:pPr>
      <w:r w:rsidRPr="00AB30E2">
        <w:rPr>
          <w:b/>
        </w:rPr>
        <w:t>V</w:t>
      </w:r>
      <w:r w:rsidRPr="0057409D">
        <w:t>I - outros</w:t>
      </w:r>
      <w:r w:rsidRPr="0057409D">
        <w:t xml:space="preserve"> livros fiscais e contábeis, exigidos por Lei ou pelo Regimento Interno.</w:t>
      </w:r>
    </w:p>
    <w:p w14:paraId="2D139117" w14:textId="77777777" w:rsidR="00C07598" w:rsidRPr="0057409D" w:rsidRDefault="00E8614B">
      <w:pPr>
        <w:spacing w:after="40"/>
        <w:jc w:val="both"/>
      </w:pPr>
      <w:r w:rsidRPr="0057409D">
        <w:rPr>
          <w:b/>
        </w:rPr>
        <w:t xml:space="preserve">Parágrafo único - </w:t>
      </w:r>
      <w:r w:rsidRPr="0057409D">
        <w:t>Os atos executivos praticados pelo Presidente, Secretário e Tesoureiro serão documentados nos registros administrativos próprios, sem necessidade de livro de atas da</w:t>
      </w:r>
      <w:r w:rsidRPr="0057409D">
        <w:t xml:space="preserve"> Diretoria Executiva, por inexistir deliberação colegiada desse órgão.</w:t>
      </w:r>
    </w:p>
    <w:p w14:paraId="62B1EA5B" w14:textId="77777777" w:rsidR="00C07598" w:rsidRPr="0057409D" w:rsidRDefault="00E8614B" w:rsidP="00AB30E2">
      <w:pPr>
        <w:spacing w:before="120"/>
        <w:jc w:val="center"/>
      </w:pPr>
      <w:r w:rsidRPr="00AB30E2">
        <w:rPr>
          <w:b/>
          <w:sz w:val="24"/>
        </w:rPr>
        <w:t>CAPÍTULO X</w:t>
      </w:r>
    </w:p>
    <w:p w14:paraId="5E789E71" w14:textId="77777777" w:rsidR="00C07598" w:rsidRPr="0057409D" w:rsidRDefault="00E8614B" w:rsidP="00AB30E2">
      <w:pPr>
        <w:spacing w:before="120"/>
        <w:jc w:val="center"/>
      </w:pPr>
      <w:r w:rsidRPr="00AB30E2">
        <w:rPr>
          <w:b/>
        </w:rPr>
        <w:t>DO REGIMENTO INTERNO</w:t>
      </w:r>
    </w:p>
    <w:p w14:paraId="546338C8" w14:textId="1E9A0207" w:rsidR="00C07598" w:rsidRPr="0057409D" w:rsidRDefault="00E8614B" w:rsidP="00AB30E2">
      <w:pPr>
        <w:spacing w:after="40"/>
        <w:jc w:val="both"/>
      </w:pPr>
      <w:r w:rsidRPr="0057409D">
        <w:rPr>
          <w:b/>
        </w:rPr>
        <w:t>Art. 80º -</w:t>
      </w:r>
      <w:r w:rsidRPr="00AB30E2">
        <w:rPr>
          <w:b/>
        </w:rPr>
        <w:t xml:space="preserve"> </w:t>
      </w:r>
      <w:r w:rsidRPr="0057409D">
        <w:t>O Regimento Interno complementará as disposições deste Estatuto, regulando e estabelecendo a ordem interna da APAS-JAÚ e sua fiscalização.</w:t>
      </w:r>
    </w:p>
    <w:p w14:paraId="7D86216D" w14:textId="33001755" w:rsidR="00C07598" w:rsidRPr="0057409D" w:rsidRDefault="00E8614B" w:rsidP="00AB30E2">
      <w:pPr>
        <w:spacing w:after="40"/>
        <w:jc w:val="both"/>
      </w:pPr>
      <w:r w:rsidRPr="0057409D">
        <w:rPr>
          <w:b/>
        </w:rPr>
        <w:t>Par</w:t>
      </w:r>
      <w:r w:rsidRPr="0057409D">
        <w:rPr>
          <w:b/>
        </w:rPr>
        <w:t>ágrafo único</w:t>
      </w:r>
      <w:r w:rsidRPr="00AB30E2">
        <w:rPr>
          <w:b/>
        </w:rPr>
        <w:t xml:space="preserve"> - </w:t>
      </w:r>
      <w:r w:rsidRPr="0057409D">
        <w:t>O Regimento Interno e suas eventuais alterações serão elaborados pelo Conselho de Administração, entrando em vigor na data de sua aprovação pela maioria de seus membros.</w:t>
      </w:r>
    </w:p>
    <w:p w14:paraId="1DBD4B76" w14:textId="0423F8C3" w:rsidR="00C07598" w:rsidRPr="00AB30E2" w:rsidRDefault="00E8614B" w:rsidP="00AB30E2">
      <w:pPr>
        <w:spacing w:after="40"/>
        <w:jc w:val="both"/>
      </w:pPr>
      <w:r w:rsidRPr="00AB30E2">
        <w:rPr>
          <w:b/>
        </w:rPr>
        <w:t xml:space="preserve">Art. </w:t>
      </w:r>
      <w:r w:rsidRPr="0057409D">
        <w:rPr>
          <w:b/>
        </w:rPr>
        <w:t>81º</w:t>
      </w:r>
      <w:r w:rsidRPr="00AB30E2">
        <w:rPr>
          <w:b/>
        </w:rPr>
        <w:t xml:space="preserve"> - </w:t>
      </w:r>
      <w:r w:rsidRPr="00AB30E2">
        <w:t>O Regimento Interno deverá manter harmonia com os princípios</w:t>
      </w:r>
      <w:r w:rsidRPr="00AB30E2">
        <w:t xml:space="preserve"> estabelecidos neste Estatuto Social</w:t>
      </w:r>
      <w:r w:rsidRPr="0057409D">
        <w:t xml:space="preserve"> e com a regulamentação da ANS</w:t>
      </w:r>
      <w:r w:rsidRPr="00AB30E2">
        <w:t>.</w:t>
      </w:r>
    </w:p>
    <w:p w14:paraId="0204A0E6" w14:textId="75A69140" w:rsidR="00C07598" w:rsidRPr="00AB30E2" w:rsidRDefault="00E8614B" w:rsidP="00AB30E2">
      <w:pPr>
        <w:spacing w:after="40"/>
        <w:jc w:val="both"/>
      </w:pPr>
      <w:r w:rsidRPr="00AB30E2">
        <w:rPr>
          <w:b/>
        </w:rPr>
        <w:t xml:space="preserve">Art. </w:t>
      </w:r>
      <w:r w:rsidRPr="0057409D">
        <w:rPr>
          <w:b/>
        </w:rPr>
        <w:t>82º</w:t>
      </w:r>
      <w:r w:rsidRPr="00AB30E2">
        <w:rPr>
          <w:b/>
        </w:rPr>
        <w:t xml:space="preserve"> - </w:t>
      </w:r>
      <w:r w:rsidRPr="00AB30E2">
        <w:t>O Estatuto Social e o Regimento Interno ficarão à disposição dos associados</w:t>
      </w:r>
      <w:r w:rsidRPr="0057409D">
        <w:t xml:space="preserve"> e beneficiários</w:t>
      </w:r>
      <w:r w:rsidRPr="00AB30E2">
        <w:t xml:space="preserve">, para fins de consulta, junto à </w:t>
      </w:r>
      <w:r w:rsidRPr="0057409D">
        <w:t>Secretaria</w:t>
      </w:r>
      <w:r w:rsidRPr="00AB30E2">
        <w:t>, podendo ser impresso e distribuído.</w:t>
      </w:r>
    </w:p>
    <w:p w14:paraId="069D3F6C" w14:textId="77777777" w:rsidR="00C07598" w:rsidRPr="0057409D" w:rsidRDefault="00E8614B" w:rsidP="00AB30E2">
      <w:pPr>
        <w:spacing w:before="120"/>
        <w:jc w:val="center"/>
      </w:pPr>
      <w:r w:rsidRPr="00AB30E2">
        <w:rPr>
          <w:b/>
          <w:sz w:val="24"/>
        </w:rPr>
        <w:t>CAPÍT</w:t>
      </w:r>
      <w:r w:rsidRPr="00AB30E2">
        <w:rPr>
          <w:b/>
          <w:sz w:val="24"/>
        </w:rPr>
        <w:t>ULO XI</w:t>
      </w:r>
    </w:p>
    <w:p w14:paraId="5996B7A0" w14:textId="77777777" w:rsidR="00C07598" w:rsidRPr="0057409D" w:rsidRDefault="00E8614B" w:rsidP="00AB30E2">
      <w:pPr>
        <w:spacing w:before="120"/>
        <w:jc w:val="center"/>
      </w:pPr>
      <w:r w:rsidRPr="00AB30E2">
        <w:rPr>
          <w:b/>
        </w:rPr>
        <w:t>DA DISSOLUÇÃO</w:t>
      </w:r>
    </w:p>
    <w:p w14:paraId="060F581A" w14:textId="3CEC0540" w:rsidR="00C07598" w:rsidRPr="00AB30E2" w:rsidRDefault="00E8614B" w:rsidP="00AB30E2">
      <w:pPr>
        <w:spacing w:after="40"/>
        <w:jc w:val="both"/>
      </w:pPr>
      <w:r w:rsidRPr="00AB30E2">
        <w:rPr>
          <w:b/>
        </w:rPr>
        <w:t xml:space="preserve">Art. </w:t>
      </w:r>
      <w:r w:rsidRPr="0057409D">
        <w:rPr>
          <w:b/>
        </w:rPr>
        <w:t>83º</w:t>
      </w:r>
      <w:r w:rsidRPr="00AB30E2">
        <w:rPr>
          <w:b/>
        </w:rPr>
        <w:t xml:space="preserve"> - </w:t>
      </w:r>
      <w:r w:rsidRPr="00AB30E2">
        <w:t xml:space="preserve">A Associação será dissolvida por vontade manifestada em Assembleia Geral Extraordinária, expressamente convocada para esse fim, observado o disposto no inciso IX do </w:t>
      </w:r>
      <w:r w:rsidRPr="0057409D">
        <w:t>art. 36</w:t>
      </w:r>
      <w:r w:rsidRPr="00AB30E2">
        <w:t xml:space="preserve"> e </w:t>
      </w:r>
      <w:r w:rsidRPr="0057409D">
        <w:t>no §</w:t>
      </w:r>
      <w:r w:rsidRPr="00AB30E2">
        <w:t xml:space="preserve"> 1º do </w:t>
      </w:r>
      <w:r w:rsidRPr="0057409D">
        <w:t>art. 38</w:t>
      </w:r>
      <w:r w:rsidRPr="00AB30E2">
        <w:t xml:space="preserve"> deste Estatuto Social.</w:t>
      </w:r>
    </w:p>
    <w:p w14:paraId="15B37F9E" w14:textId="188AEC2F" w:rsidR="00C07598" w:rsidRPr="00AB30E2" w:rsidRDefault="00E8614B" w:rsidP="00AB30E2">
      <w:pPr>
        <w:spacing w:after="40"/>
        <w:jc w:val="both"/>
      </w:pPr>
      <w:r w:rsidRPr="00AB30E2">
        <w:rPr>
          <w:b/>
        </w:rPr>
        <w:t xml:space="preserve">Art. </w:t>
      </w:r>
      <w:r w:rsidRPr="0057409D">
        <w:rPr>
          <w:b/>
        </w:rPr>
        <w:t>84</w:t>
      </w:r>
      <w:r w:rsidRPr="0057409D">
        <w:rPr>
          <w:b/>
        </w:rPr>
        <w:t>º</w:t>
      </w:r>
      <w:r w:rsidRPr="00AB30E2">
        <w:rPr>
          <w:b/>
        </w:rPr>
        <w:t xml:space="preserve"> - </w:t>
      </w:r>
      <w:r w:rsidRPr="00AB30E2">
        <w:t>Em caso de dissolução e liquidados os compromissos assumidos, a parte remanescente do patrimônio não poderá ser distribuída entre os associados, sendo doada a entidades assistenciais previamente escolhidas pela própria Assembleia Geral.</w:t>
      </w:r>
    </w:p>
    <w:p w14:paraId="22337D48" w14:textId="77777777" w:rsidR="00C07598" w:rsidRPr="0057409D" w:rsidRDefault="00E8614B" w:rsidP="00AB30E2">
      <w:pPr>
        <w:spacing w:after="40"/>
        <w:jc w:val="both"/>
      </w:pPr>
      <w:r w:rsidRPr="0057409D">
        <w:rPr>
          <w:b/>
        </w:rPr>
        <w:t>Parágrafo único</w:t>
      </w:r>
      <w:r w:rsidRPr="00AB30E2">
        <w:rPr>
          <w:b/>
        </w:rPr>
        <w:t xml:space="preserve"> - </w:t>
      </w:r>
      <w:r w:rsidRPr="0057409D">
        <w:t>Não havendo sociedade qualificada nos termos deste artigo, o remanescente será destinado ao Fundo Social de Solidariedade do Município de Jaú.</w:t>
      </w:r>
    </w:p>
    <w:p w14:paraId="2C5A056E" w14:textId="77777777" w:rsidR="00C07598" w:rsidRPr="0057409D" w:rsidRDefault="00E8614B" w:rsidP="00AB30E2">
      <w:pPr>
        <w:spacing w:before="120"/>
        <w:jc w:val="center"/>
      </w:pPr>
      <w:r w:rsidRPr="00AB30E2">
        <w:rPr>
          <w:b/>
          <w:sz w:val="24"/>
        </w:rPr>
        <w:t>CAPÍTULO XII</w:t>
      </w:r>
    </w:p>
    <w:p w14:paraId="148F1160" w14:textId="77777777" w:rsidR="00C07598" w:rsidRPr="0057409D" w:rsidRDefault="00E8614B" w:rsidP="00AB30E2">
      <w:pPr>
        <w:spacing w:before="120"/>
        <w:jc w:val="center"/>
      </w:pPr>
      <w:r w:rsidRPr="00AB30E2">
        <w:rPr>
          <w:b/>
        </w:rPr>
        <w:t>DAS DISPOSIÇÕES GERAIS</w:t>
      </w:r>
    </w:p>
    <w:p w14:paraId="4F9A3D22" w14:textId="4FF0C1CE" w:rsidR="00C07598" w:rsidRPr="00AB30E2" w:rsidRDefault="00E8614B" w:rsidP="00AB30E2">
      <w:pPr>
        <w:spacing w:after="40"/>
        <w:jc w:val="both"/>
      </w:pPr>
      <w:r w:rsidRPr="00AB30E2">
        <w:rPr>
          <w:b/>
        </w:rPr>
        <w:t xml:space="preserve">Art. </w:t>
      </w:r>
      <w:r w:rsidRPr="0057409D">
        <w:rPr>
          <w:b/>
        </w:rPr>
        <w:t>85º</w:t>
      </w:r>
      <w:r w:rsidRPr="00AB30E2">
        <w:rPr>
          <w:b/>
        </w:rPr>
        <w:t xml:space="preserve"> - </w:t>
      </w:r>
      <w:r w:rsidRPr="00AB30E2">
        <w:t xml:space="preserve">É vedada a remuneração dos cargos </w:t>
      </w:r>
      <w:r w:rsidRPr="0057409D">
        <w:t>do Conselho de Administração,</w:t>
      </w:r>
      <w:r w:rsidRPr="0057409D">
        <w:t xml:space="preserve"> da</w:t>
      </w:r>
      <w:r w:rsidRPr="00AB30E2">
        <w:t xml:space="preserve"> Diretoria Executiva, do Conselho Fiscal e dos Departamentos que vierem a ser criados, assim como a bonificação ou oferta de vantagens a dirigentes, </w:t>
      </w:r>
      <w:r w:rsidRPr="0057409D">
        <w:t>patrocinadores ou associados, ficando ressalvada, sem prejuízo do caráter não lucrativo da APAS-JAÚ, a i</w:t>
      </w:r>
      <w:r w:rsidRPr="0057409D">
        <w:t>senção ou remissão das mensalidades e coparticipações devidas pelos membros titulares eleitos do Conselho de Administração e do Conselho Fiscal, estritamente pelo período em que exercerem seus respectivos mandatos, na forma dos parágrafos abaixo.</w:t>
      </w:r>
    </w:p>
    <w:p w14:paraId="6B281019" w14:textId="77777777" w:rsidR="00C07598" w:rsidRPr="0057409D" w:rsidRDefault="00E8614B">
      <w:pPr>
        <w:spacing w:after="40"/>
        <w:jc w:val="both"/>
      </w:pPr>
      <w:r w:rsidRPr="0057409D">
        <w:rPr>
          <w:b/>
        </w:rPr>
        <w:t xml:space="preserve">§ 1º - </w:t>
      </w:r>
      <w:r w:rsidRPr="0057409D">
        <w:t xml:space="preserve">O </w:t>
      </w:r>
      <w:r w:rsidRPr="0057409D">
        <w:t xml:space="preserve">valor da isenção ou remissão das coparticipações dos membros do Conselho de Administração e do Conselho Fiscal não poderá ultrapassar o teto correspondente a 5 (cinco) vezes o valor da mensalidade do respectivo titular, levando em conta a soma de todos os </w:t>
      </w:r>
      <w:r w:rsidRPr="0057409D">
        <w:t>valores apurados no mês de competência dos eventos que as gerarem.</w:t>
      </w:r>
    </w:p>
    <w:p w14:paraId="7AFE8B9C" w14:textId="77777777" w:rsidR="00C07598" w:rsidRPr="0057409D" w:rsidRDefault="00E8614B">
      <w:pPr>
        <w:spacing w:after="40"/>
        <w:jc w:val="both"/>
      </w:pPr>
      <w:r w:rsidRPr="0057409D">
        <w:rPr>
          <w:b/>
        </w:rPr>
        <w:lastRenderedPageBreak/>
        <w:t xml:space="preserve">§ 2º - </w:t>
      </w:r>
      <w:r w:rsidRPr="0057409D">
        <w:t xml:space="preserve">O direito à isenção ou remissão das mensalidades e coparticipações estará condicionado à assiduidade na participação às reuniões e demais atos institucionais para os quais convocado </w:t>
      </w:r>
      <w:r w:rsidRPr="0057409D">
        <w:t>o respectivo membro, observando-se o que dispõem os arts. 46, § 3º, e 50, §§ 3º e 4º, em relação à justificação de eventuais ausências.</w:t>
      </w:r>
    </w:p>
    <w:p w14:paraId="123EDBAE" w14:textId="0DFE8666" w:rsidR="00C07598" w:rsidRPr="00AB30E2" w:rsidRDefault="00E8614B" w:rsidP="00AB30E2">
      <w:pPr>
        <w:spacing w:after="40"/>
        <w:jc w:val="both"/>
      </w:pPr>
      <w:r w:rsidRPr="00AB30E2">
        <w:rPr>
          <w:b/>
        </w:rPr>
        <w:t xml:space="preserve">Art. </w:t>
      </w:r>
      <w:r w:rsidRPr="0057409D">
        <w:rPr>
          <w:b/>
        </w:rPr>
        <w:t>86º</w:t>
      </w:r>
      <w:r w:rsidRPr="00AB30E2">
        <w:rPr>
          <w:b/>
        </w:rPr>
        <w:t xml:space="preserve"> - </w:t>
      </w:r>
      <w:r w:rsidRPr="00AB30E2">
        <w:t>Para movimentação bancária, celebração de contratos de qualquer natureza, cessão de direitos e constituição d</w:t>
      </w:r>
      <w:r w:rsidRPr="00AB30E2">
        <w:t xml:space="preserve">e mandatários, será sempre necessária a assinatura de </w:t>
      </w:r>
      <w:r w:rsidRPr="0057409D">
        <w:t>2 (dois) dentre o Presidente, o Secretário e o Tesoureiro</w:t>
      </w:r>
      <w:r w:rsidRPr="00AB30E2">
        <w:t>.</w:t>
      </w:r>
    </w:p>
    <w:p w14:paraId="107E6D5E" w14:textId="3E00EBCF" w:rsidR="00C07598" w:rsidRPr="00AB30E2" w:rsidRDefault="00E8614B" w:rsidP="00AB30E2">
      <w:pPr>
        <w:spacing w:after="40"/>
        <w:jc w:val="both"/>
      </w:pPr>
      <w:r w:rsidRPr="00AB30E2">
        <w:rPr>
          <w:b/>
        </w:rPr>
        <w:t xml:space="preserve">Art. </w:t>
      </w:r>
      <w:r w:rsidRPr="0057409D">
        <w:rPr>
          <w:b/>
        </w:rPr>
        <w:t>87º</w:t>
      </w:r>
      <w:r w:rsidRPr="00AB30E2">
        <w:rPr>
          <w:b/>
        </w:rPr>
        <w:t xml:space="preserve"> - </w:t>
      </w:r>
      <w:r w:rsidRPr="00AB30E2">
        <w:t xml:space="preserve">O integrante </w:t>
      </w:r>
      <w:r w:rsidRPr="0057409D">
        <w:t xml:space="preserve">do Conselho de Administração, </w:t>
      </w:r>
      <w:r w:rsidRPr="00AB30E2">
        <w:t>da Diretoria</w:t>
      </w:r>
      <w:r w:rsidRPr="0057409D">
        <w:t xml:space="preserve"> Executiva</w:t>
      </w:r>
      <w:r w:rsidRPr="00AB30E2">
        <w:t xml:space="preserve">, do Conselho Fiscal ou que ocupe qualquer cargo nos Departamentos </w:t>
      </w:r>
      <w:r w:rsidRPr="00AB30E2">
        <w:t>que vierem a ser criados, que venha a candidatar-se a cargo público eletivo, será temporariamente afastado de suas funções, a partir da data da homologação de sua candidatura até o final da campanha eleitoral</w:t>
      </w:r>
      <w:r w:rsidRPr="0057409D">
        <w:t>,</w:t>
      </w:r>
      <w:r w:rsidRPr="00AB30E2">
        <w:t xml:space="preserve"> sendo afastado definitivamente caso seja eleit</w:t>
      </w:r>
      <w:r w:rsidRPr="00AB30E2">
        <w:t>o.</w:t>
      </w:r>
    </w:p>
    <w:p w14:paraId="5D3669BE" w14:textId="7637CD01" w:rsidR="00C07598" w:rsidRPr="00AB30E2" w:rsidRDefault="00E8614B" w:rsidP="00AB30E2">
      <w:pPr>
        <w:spacing w:after="40"/>
        <w:jc w:val="both"/>
      </w:pPr>
      <w:r w:rsidRPr="00AB30E2">
        <w:rPr>
          <w:b/>
        </w:rPr>
        <w:t xml:space="preserve">Art. </w:t>
      </w:r>
      <w:r w:rsidRPr="0057409D">
        <w:rPr>
          <w:b/>
        </w:rPr>
        <w:t>88º</w:t>
      </w:r>
      <w:r w:rsidRPr="00AB30E2">
        <w:rPr>
          <w:b/>
        </w:rPr>
        <w:t xml:space="preserve"> - </w:t>
      </w:r>
      <w:r w:rsidRPr="00AB30E2">
        <w:t xml:space="preserve">Os casos omissos serão resolvidos </w:t>
      </w:r>
      <w:r w:rsidRPr="0057409D">
        <w:t xml:space="preserve">pelo Conselho de Administração, ouvidos os </w:t>
      </w:r>
      <w:r w:rsidRPr="00AB30E2">
        <w:t xml:space="preserve">órgãos competentes, </w:t>
      </w:r>
      <w:r w:rsidRPr="0057409D">
        <w:t>devendo ser submetidos à Assembleia Geral</w:t>
      </w:r>
      <w:r w:rsidRPr="00AB30E2">
        <w:t xml:space="preserve"> quando </w:t>
      </w:r>
      <w:r w:rsidRPr="0057409D">
        <w:t>envolverem matéria</w:t>
      </w:r>
      <w:r w:rsidRPr="00AB30E2">
        <w:t xml:space="preserve"> de </w:t>
      </w:r>
      <w:r w:rsidRPr="0057409D">
        <w:t>sua competência privativa</w:t>
      </w:r>
      <w:r w:rsidRPr="00AB30E2">
        <w:t>.</w:t>
      </w:r>
    </w:p>
    <w:p w14:paraId="0B837984" w14:textId="77777777" w:rsidR="00C07598" w:rsidRPr="0057409D" w:rsidRDefault="00E8614B">
      <w:pPr>
        <w:spacing w:before="120"/>
        <w:jc w:val="center"/>
      </w:pPr>
      <w:r w:rsidRPr="0057409D">
        <w:rPr>
          <w:b/>
          <w:sz w:val="24"/>
        </w:rPr>
        <w:t>CAPÍTULO XIII</w:t>
      </w:r>
    </w:p>
    <w:p w14:paraId="4DD9681C" w14:textId="77777777" w:rsidR="00C07598" w:rsidRPr="0057409D" w:rsidRDefault="00E8614B">
      <w:pPr>
        <w:spacing w:before="120"/>
        <w:jc w:val="center"/>
      </w:pPr>
      <w:r w:rsidRPr="0057409D">
        <w:rPr>
          <w:b/>
        </w:rPr>
        <w:t>DAS DISPOSIÇÕES TRANSITÓRIAS</w:t>
      </w:r>
    </w:p>
    <w:p w14:paraId="287BEBFD" w14:textId="77777777" w:rsidR="00C07598" w:rsidRPr="00D04ACC" w:rsidRDefault="00E8614B">
      <w:pPr>
        <w:spacing w:after="40"/>
        <w:jc w:val="both"/>
        <w:rPr>
          <w:bCs/>
        </w:rPr>
      </w:pPr>
      <w:r w:rsidRPr="00500409">
        <w:rPr>
          <w:b/>
        </w:rPr>
        <w:t>Art.</w:t>
      </w:r>
      <w:r w:rsidRPr="00500409">
        <w:rPr>
          <w:b/>
        </w:rPr>
        <w:t xml:space="preserve"> 89º - </w:t>
      </w:r>
      <w:r w:rsidRPr="00D04ACC">
        <w:rPr>
          <w:bCs/>
        </w:rPr>
        <w:t>Com a aprovação desta reforma estatutária, a atual Diretoria Executiva fica imediatamente transformada no Conselho de Administração da APAS-JAÚ, até o término do mandato em curso, observada a seguinte correspondência:</w:t>
      </w:r>
    </w:p>
    <w:p w14:paraId="35191F61" w14:textId="77777777" w:rsidR="00C07598" w:rsidRPr="00D04ACC" w:rsidRDefault="00E8614B">
      <w:pPr>
        <w:spacing w:after="40"/>
        <w:ind w:left="397"/>
        <w:jc w:val="both"/>
        <w:rPr>
          <w:bCs/>
        </w:rPr>
      </w:pPr>
      <w:r w:rsidRPr="00500409">
        <w:rPr>
          <w:b/>
        </w:rPr>
        <w:t xml:space="preserve">I - </w:t>
      </w:r>
      <w:r w:rsidRPr="00D04ACC">
        <w:rPr>
          <w:bCs/>
        </w:rPr>
        <w:t xml:space="preserve">o atual Diretor Presidente </w:t>
      </w:r>
      <w:r w:rsidRPr="00D04ACC">
        <w:rPr>
          <w:bCs/>
        </w:rPr>
        <w:t>passará a exercer as funções de Presidente do Conselho de Administração e Presidente da Diretoria Executiva;</w:t>
      </w:r>
    </w:p>
    <w:p w14:paraId="1FD5973E" w14:textId="77777777" w:rsidR="00C07598" w:rsidRPr="00D04ACC" w:rsidRDefault="00E8614B">
      <w:pPr>
        <w:spacing w:after="40"/>
        <w:ind w:left="397"/>
        <w:jc w:val="both"/>
        <w:rPr>
          <w:bCs/>
        </w:rPr>
      </w:pPr>
      <w:r w:rsidRPr="00500409">
        <w:rPr>
          <w:b/>
        </w:rPr>
        <w:t xml:space="preserve">II - </w:t>
      </w:r>
      <w:r w:rsidRPr="00D04ACC">
        <w:rPr>
          <w:bCs/>
        </w:rPr>
        <w:t>o atual Diretor Secretário passará a exercer as funções de Secretário do Conselho de Administração e Secretário da Diretoria Executiva;</w:t>
      </w:r>
    </w:p>
    <w:p w14:paraId="6017F88B" w14:textId="77777777" w:rsidR="00C07598" w:rsidRPr="00D04ACC" w:rsidRDefault="00E8614B">
      <w:pPr>
        <w:spacing w:after="40"/>
        <w:ind w:left="397"/>
        <w:jc w:val="both"/>
        <w:rPr>
          <w:bCs/>
        </w:rPr>
      </w:pPr>
      <w:r w:rsidRPr="00500409">
        <w:rPr>
          <w:b/>
        </w:rPr>
        <w:t xml:space="preserve">III - </w:t>
      </w:r>
      <w:r w:rsidRPr="00D04ACC">
        <w:rPr>
          <w:bCs/>
        </w:rPr>
        <w:t>o atual Diretor Tesoureiro passará a exercer a função de Tesoureiro da Diretoria Executiva e integrará o Conselho de Administração; e</w:t>
      </w:r>
    </w:p>
    <w:p w14:paraId="12A6D03B" w14:textId="77777777" w:rsidR="00C07598" w:rsidRPr="00D04ACC" w:rsidRDefault="00E8614B">
      <w:pPr>
        <w:spacing w:after="40"/>
        <w:ind w:left="397"/>
        <w:jc w:val="both"/>
        <w:rPr>
          <w:bCs/>
        </w:rPr>
      </w:pPr>
      <w:r w:rsidRPr="00500409">
        <w:rPr>
          <w:b/>
        </w:rPr>
        <w:t xml:space="preserve">IV - </w:t>
      </w:r>
      <w:r w:rsidRPr="00D04ACC">
        <w:rPr>
          <w:bCs/>
        </w:rPr>
        <w:t xml:space="preserve">o atual Diretor Vice-Presidente, o atual 2º Diretor Secretário e o atual 2º Diretor Tesoureiro passarão a integrar o </w:t>
      </w:r>
      <w:r w:rsidRPr="00D04ACC">
        <w:rPr>
          <w:bCs/>
        </w:rPr>
        <w:t>Conselho de Administração na qualidade de Conselheiros.</w:t>
      </w:r>
    </w:p>
    <w:p w14:paraId="248F11D8" w14:textId="089F2E21" w:rsidR="00C07598" w:rsidRPr="00D04ACC" w:rsidRDefault="00E8614B">
      <w:pPr>
        <w:spacing w:after="40"/>
        <w:jc w:val="both"/>
        <w:rPr>
          <w:bCs/>
        </w:rPr>
      </w:pPr>
      <w:r w:rsidRPr="00500409">
        <w:rPr>
          <w:b/>
        </w:rPr>
        <w:t xml:space="preserve">§ 1º - </w:t>
      </w:r>
      <w:r w:rsidR="00D866CC">
        <w:rPr>
          <w:bCs/>
        </w:rPr>
        <w:t xml:space="preserve">Os </w:t>
      </w:r>
      <w:r w:rsidRPr="00D04ACC">
        <w:rPr>
          <w:bCs/>
        </w:rPr>
        <w:t>mandatos</w:t>
      </w:r>
      <w:r w:rsidR="00D866CC">
        <w:rPr>
          <w:bCs/>
        </w:rPr>
        <w:t xml:space="preserve"> dos Conselheiros e Diretores atualmente mantidos transitoriamente, na forma do </w:t>
      </w:r>
      <w:r w:rsidR="00D866CC">
        <w:rPr>
          <w:bCs/>
          <w:i/>
          <w:iCs/>
        </w:rPr>
        <w:t>caput</w:t>
      </w:r>
      <w:r w:rsidR="00D866CC">
        <w:rPr>
          <w:bCs/>
        </w:rPr>
        <w:t>,</w:t>
      </w:r>
      <w:r w:rsidRPr="00D04ACC">
        <w:rPr>
          <w:bCs/>
        </w:rPr>
        <w:t xml:space="preserve"> permanecerão vigentes pelo prazo originalmente estabelecido</w:t>
      </w:r>
      <w:r w:rsidR="00D866CC">
        <w:rPr>
          <w:bCs/>
        </w:rPr>
        <w:t xml:space="preserve"> nas eleições realizadas na Assembleia Geral Ordinária do ano de 2025</w:t>
      </w:r>
      <w:r w:rsidR="008061F5">
        <w:rPr>
          <w:bCs/>
        </w:rPr>
        <w:t xml:space="preserve"> (de 01/07/2025 a 30/06/2027)</w:t>
      </w:r>
      <w:r w:rsidR="00D866CC">
        <w:rPr>
          <w:bCs/>
        </w:rPr>
        <w:t>, aplicando-se a regra do art. 44 para a eleição de novo Conselho, na Assembleia Geral Ordinária do ano de 2027</w:t>
      </w:r>
      <w:r w:rsidRPr="00D04ACC">
        <w:rPr>
          <w:bCs/>
        </w:rPr>
        <w:t>.</w:t>
      </w:r>
    </w:p>
    <w:p w14:paraId="1FAC5DF8" w14:textId="77777777" w:rsidR="00C07598" w:rsidRPr="00D04ACC" w:rsidRDefault="00E8614B">
      <w:pPr>
        <w:spacing w:after="40"/>
        <w:jc w:val="both"/>
        <w:rPr>
          <w:bCs/>
        </w:rPr>
      </w:pPr>
      <w:r w:rsidRPr="00500409">
        <w:rPr>
          <w:b/>
        </w:rPr>
        <w:t xml:space="preserve">§ 2º - </w:t>
      </w:r>
      <w:r w:rsidRPr="00D04ACC">
        <w:rPr>
          <w:bCs/>
        </w:rPr>
        <w:t>A Diretoria Executiva passará a funcionar, desde a aprovação desta reforma</w:t>
      </w:r>
      <w:r w:rsidRPr="00D04ACC">
        <w:rPr>
          <w:bCs/>
        </w:rPr>
        <w:t>, na forma dos arts. 56 a 60, sem competência deliberativa colegiada.</w:t>
      </w:r>
    </w:p>
    <w:p w14:paraId="329DA60C" w14:textId="77777777" w:rsidR="00C07598" w:rsidRPr="00D04ACC" w:rsidRDefault="00E8614B">
      <w:pPr>
        <w:spacing w:after="40"/>
        <w:jc w:val="both"/>
        <w:rPr>
          <w:bCs/>
        </w:rPr>
      </w:pPr>
      <w:r w:rsidRPr="00500409">
        <w:rPr>
          <w:b/>
        </w:rPr>
        <w:t xml:space="preserve">§ 3º - </w:t>
      </w:r>
      <w:r w:rsidRPr="00D04ACC">
        <w:rPr>
          <w:bCs/>
        </w:rPr>
        <w:t>O atual Conselho Fiscal permanecerá em pleno exercício até o término do mandato em curso.</w:t>
      </w:r>
    </w:p>
    <w:p w14:paraId="64F7E19D" w14:textId="77777777" w:rsidR="00C07598" w:rsidRPr="0057409D" w:rsidRDefault="00E8614B">
      <w:pPr>
        <w:spacing w:after="40"/>
        <w:jc w:val="both"/>
      </w:pPr>
      <w:r w:rsidRPr="0057409D">
        <w:rPr>
          <w:b/>
        </w:rPr>
        <w:t xml:space="preserve">Art. 90º - </w:t>
      </w:r>
      <w:r w:rsidRPr="0057409D">
        <w:t xml:space="preserve">As alterações introduzidas pela presente reforma entrarão em vigor na data de </w:t>
      </w:r>
      <w:r w:rsidRPr="0057409D">
        <w:t>sua aprovação pela Assembleia Geral, sem prejuízo do registro perante o Cartório de Registro Civil das Pessoas Jurídicas e das comunicações ou atualizações cadastrais exigidas pela Agência Nacional de Saúde Suplementar - ANS.</w:t>
      </w:r>
    </w:p>
    <w:p w14:paraId="14973A46" w14:textId="689CC789" w:rsidR="00C07598" w:rsidRPr="0057409D" w:rsidRDefault="00E8614B">
      <w:pPr>
        <w:spacing w:before="360" w:after="240"/>
        <w:jc w:val="center"/>
      </w:pPr>
      <w:r w:rsidRPr="0057409D">
        <w:t xml:space="preserve">Jaú/SP, </w:t>
      </w:r>
      <w:r w:rsidR="00D04ACC">
        <w:t>24</w:t>
      </w:r>
      <w:r w:rsidRPr="0057409D">
        <w:t xml:space="preserve"> de </w:t>
      </w:r>
      <w:r w:rsidR="00D04ACC">
        <w:t xml:space="preserve">junho </w:t>
      </w:r>
      <w:r w:rsidRPr="0057409D">
        <w:t>de 2026.</w:t>
      </w:r>
    </w:p>
    <w:p w14:paraId="23E3C467" w14:textId="77777777" w:rsidR="00D04ACC" w:rsidRDefault="00D04ACC">
      <w:pPr>
        <w:spacing w:before="360"/>
        <w:jc w:val="center"/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39"/>
        <w:gridCol w:w="4840"/>
      </w:tblGrid>
      <w:tr w:rsidR="00D04ACC" w14:paraId="14780EE5" w14:textId="77777777" w:rsidTr="00D04ACC">
        <w:tc>
          <w:tcPr>
            <w:tcW w:w="4839" w:type="dxa"/>
            <w:vAlign w:val="center"/>
          </w:tcPr>
          <w:p w14:paraId="0E739698" w14:textId="77777777" w:rsidR="00D04ACC" w:rsidRPr="00D04ACC" w:rsidRDefault="00D04ACC" w:rsidP="00D04ACC">
            <w:pPr>
              <w:spacing w:after="0"/>
              <w:jc w:val="center"/>
              <w:rPr>
                <w:b/>
                <w:bCs/>
              </w:rPr>
            </w:pPr>
            <w:r w:rsidRPr="00D04ACC">
              <w:rPr>
                <w:b/>
                <w:bCs/>
              </w:rPr>
              <w:t>Reginaldo Martins</w:t>
            </w:r>
          </w:p>
          <w:p w14:paraId="3D0AEFF2" w14:textId="567FB57C" w:rsidR="00D04ACC" w:rsidRPr="00D04ACC" w:rsidRDefault="00D04ACC" w:rsidP="00D04ACC">
            <w:pPr>
              <w:jc w:val="center"/>
              <w:rPr>
                <w:b/>
                <w:bCs/>
              </w:rPr>
            </w:pPr>
            <w:r w:rsidRPr="00D04ACC">
              <w:rPr>
                <w:b/>
                <w:bCs/>
              </w:rPr>
              <w:t>Presidente</w:t>
            </w:r>
          </w:p>
        </w:tc>
        <w:tc>
          <w:tcPr>
            <w:tcW w:w="4840" w:type="dxa"/>
            <w:vAlign w:val="center"/>
          </w:tcPr>
          <w:p w14:paraId="461CDA28" w14:textId="77777777" w:rsidR="00D04ACC" w:rsidRPr="00D04ACC" w:rsidRDefault="00D04ACC" w:rsidP="00D04ACC">
            <w:pPr>
              <w:jc w:val="center"/>
              <w:rPr>
                <w:b/>
                <w:bCs/>
              </w:rPr>
            </w:pPr>
            <w:r w:rsidRPr="00D04ACC">
              <w:rPr>
                <w:b/>
                <w:bCs/>
              </w:rPr>
              <w:t>Emanoel Roberto Santorsola</w:t>
            </w:r>
          </w:p>
          <w:p w14:paraId="67A3DD92" w14:textId="7FB10BC1" w:rsidR="00D04ACC" w:rsidRPr="00D04ACC" w:rsidRDefault="00D04ACC" w:rsidP="00D04ACC">
            <w:pPr>
              <w:jc w:val="center"/>
              <w:rPr>
                <w:b/>
                <w:bCs/>
              </w:rPr>
            </w:pPr>
            <w:r w:rsidRPr="00D04ACC">
              <w:rPr>
                <w:b/>
                <w:bCs/>
              </w:rPr>
              <w:t>Secretário</w:t>
            </w:r>
          </w:p>
        </w:tc>
      </w:tr>
    </w:tbl>
    <w:p w14:paraId="56ADEE29" w14:textId="77777777" w:rsidR="00D04ACC" w:rsidRDefault="00D04ACC">
      <w:pPr>
        <w:jc w:val="center"/>
      </w:pPr>
    </w:p>
    <w:p w14:paraId="44DB0ACB" w14:textId="1B2B92C3" w:rsidR="00C07598" w:rsidRPr="00D04ACC" w:rsidRDefault="00D04ACC">
      <w:pPr>
        <w:spacing w:before="360"/>
        <w:jc w:val="center"/>
        <w:rPr>
          <w:b/>
          <w:bCs/>
        </w:rPr>
      </w:pPr>
      <w:r w:rsidRPr="00D04ACC">
        <w:rPr>
          <w:b/>
          <w:bCs/>
        </w:rPr>
        <w:t>Daniel Barauna</w:t>
      </w:r>
      <w:bookmarkStart w:id="0" w:name="_GoBack"/>
      <w:bookmarkEnd w:id="0"/>
    </w:p>
    <w:p w14:paraId="2239D78D" w14:textId="64E4217F" w:rsidR="00C07598" w:rsidRPr="00D04ACC" w:rsidRDefault="00D04ACC" w:rsidP="0057409D">
      <w:pPr>
        <w:jc w:val="center"/>
        <w:rPr>
          <w:b/>
          <w:bCs/>
        </w:rPr>
      </w:pPr>
      <w:r w:rsidRPr="00D04ACC">
        <w:rPr>
          <w:b/>
          <w:bCs/>
        </w:rPr>
        <w:t>Assessor Jurídico- OAB/SP 147.010</w:t>
      </w:r>
    </w:p>
    <w:sectPr w:rsidR="00C07598" w:rsidRPr="00D04ACC" w:rsidSect="00AB30E2">
      <w:headerReference w:type="default" r:id="rId8"/>
      <w:footerReference w:type="default" r:id="rId9"/>
      <w:pgSz w:w="12240" w:h="15840"/>
      <w:pgMar w:top="1247" w:right="1134" w:bottom="1134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F087BF6" w14:textId="77777777" w:rsidR="00E8614B" w:rsidRPr="0057409D" w:rsidRDefault="00E8614B" w:rsidP="0057409D">
      <w:pPr>
        <w:spacing w:after="0" w:line="240" w:lineRule="auto"/>
      </w:pPr>
      <w:r w:rsidRPr="0057409D">
        <w:separator/>
      </w:r>
    </w:p>
  </w:endnote>
  <w:endnote w:type="continuationSeparator" w:id="0">
    <w:p w14:paraId="3DA42C07" w14:textId="77777777" w:rsidR="00E8614B" w:rsidRPr="0057409D" w:rsidRDefault="00E8614B" w:rsidP="0057409D">
      <w:pPr>
        <w:spacing w:after="0" w:line="240" w:lineRule="auto"/>
      </w:pPr>
      <w:r w:rsidRPr="0057409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83C25B" w14:textId="16A08401" w:rsidR="00C07598" w:rsidRPr="0057409D" w:rsidRDefault="00E8614B" w:rsidP="00AB30E2">
    <w:pPr>
      <w:pStyle w:val="Rodap"/>
      <w:jc w:val="center"/>
    </w:pPr>
    <w:r w:rsidRPr="0057409D">
      <w:fldChar w:fldCharType="begin"/>
    </w:r>
    <w:r w:rsidRPr="0057409D">
      <w:instrText>PAGE</w:instrText>
    </w:r>
    <w:r w:rsidRPr="0057409D">
      <w:fldChar w:fldCharType="separate"/>
    </w:r>
    <w:r w:rsidR="004275E6">
      <w:rPr>
        <w:noProof/>
      </w:rPr>
      <w:t>16</w:t>
    </w:r>
    <w:r w:rsidRPr="0057409D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50E19B1" w14:textId="77777777" w:rsidR="00E8614B" w:rsidRPr="0057409D" w:rsidRDefault="00E8614B" w:rsidP="0057409D">
      <w:pPr>
        <w:spacing w:after="0" w:line="240" w:lineRule="auto"/>
      </w:pPr>
      <w:r w:rsidRPr="0057409D">
        <w:separator/>
      </w:r>
    </w:p>
  </w:footnote>
  <w:footnote w:type="continuationSeparator" w:id="0">
    <w:p w14:paraId="16BF67EB" w14:textId="77777777" w:rsidR="00E8614B" w:rsidRPr="0057409D" w:rsidRDefault="00E8614B" w:rsidP="0057409D">
      <w:pPr>
        <w:spacing w:after="0" w:line="240" w:lineRule="auto"/>
      </w:pPr>
      <w:r w:rsidRPr="0057409D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58C2830" w14:textId="77777777" w:rsidR="0057409D" w:rsidRPr="0057409D" w:rsidRDefault="0057409D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FFFFFFFE"/>
    <w:multiLevelType w:val="singleLevel"/>
    <w:tmpl w:val="94B4529C"/>
    <w:lvl w:ilvl="0">
      <w:numFmt w:val="bullet"/>
      <w:lvlText w:val="*"/>
      <w:lvlJc w:val="left"/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0763E"/>
    <w:rsid w:val="00022A33"/>
    <w:rsid w:val="00024A94"/>
    <w:rsid w:val="00034616"/>
    <w:rsid w:val="0006063C"/>
    <w:rsid w:val="00093958"/>
    <w:rsid w:val="000A0B64"/>
    <w:rsid w:val="00101BE5"/>
    <w:rsid w:val="0015074B"/>
    <w:rsid w:val="0018773B"/>
    <w:rsid w:val="001965E8"/>
    <w:rsid w:val="001B2BFB"/>
    <w:rsid w:val="001B4BE3"/>
    <w:rsid w:val="001E7610"/>
    <w:rsid w:val="0029639D"/>
    <w:rsid w:val="002A1E45"/>
    <w:rsid w:val="002D3685"/>
    <w:rsid w:val="00304E59"/>
    <w:rsid w:val="00310093"/>
    <w:rsid w:val="00326F90"/>
    <w:rsid w:val="003573BC"/>
    <w:rsid w:val="004275E6"/>
    <w:rsid w:val="00470E47"/>
    <w:rsid w:val="0047105E"/>
    <w:rsid w:val="00485BC3"/>
    <w:rsid w:val="004A6621"/>
    <w:rsid w:val="004F6D1D"/>
    <w:rsid w:val="00500409"/>
    <w:rsid w:val="0050212A"/>
    <w:rsid w:val="00550B59"/>
    <w:rsid w:val="0057409D"/>
    <w:rsid w:val="00587D2E"/>
    <w:rsid w:val="005A7C1B"/>
    <w:rsid w:val="005F54E9"/>
    <w:rsid w:val="0065343C"/>
    <w:rsid w:val="00660BF4"/>
    <w:rsid w:val="00663126"/>
    <w:rsid w:val="00674F4B"/>
    <w:rsid w:val="006B43B8"/>
    <w:rsid w:val="006F06F6"/>
    <w:rsid w:val="00704DB0"/>
    <w:rsid w:val="00723586"/>
    <w:rsid w:val="007330EA"/>
    <w:rsid w:val="00766167"/>
    <w:rsid w:val="007A1B37"/>
    <w:rsid w:val="007A48D8"/>
    <w:rsid w:val="007A6080"/>
    <w:rsid w:val="007C433E"/>
    <w:rsid w:val="007D2B03"/>
    <w:rsid w:val="007F04C3"/>
    <w:rsid w:val="007F153A"/>
    <w:rsid w:val="008061F5"/>
    <w:rsid w:val="0081050A"/>
    <w:rsid w:val="008322AF"/>
    <w:rsid w:val="008910F9"/>
    <w:rsid w:val="008E33D6"/>
    <w:rsid w:val="00943E15"/>
    <w:rsid w:val="009D0BB2"/>
    <w:rsid w:val="009E2827"/>
    <w:rsid w:val="009F2D8D"/>
    <w:rsid w:val="00A34303"/>
    <w:rsid w:val="00AA1D8D"/>
    <w:rsid w:val="00AB30E2"/>
    <w:rsid w:val="00AB68E4"/>
    <w:rsid w:val="00AC3E35"/>
    <w:rsid w:val="00AC67A8"/>
    <w:rsid w:val="00AD00A1"/>
    <w:rsid w:val="00AE0A65"/>
    <w:rsid w:val="00B2081A"/>
    <w:rsid w:val="00B344FD"/>
    <w:rsid w:val="00B47730"/>
    <w:rsid w:val="00B60406"/>
    <w:rsid w:val="00B74F85"/>
    <w:rsid w:val="00BB7FF8"/>
    <w:rsid w:val="00BE10F5"/>
    <w:rsid w:val="00C07598"/>
    <w:rsid w:val="00C149E1"/>
    <w:rsid w:val="00C400B5"/>
    <w:rsid w:val="00CA302C"/>
    <w:rsid w:val="00CB049A"/>
    <w:rsid w:val="00CB0664"/>
    <w:rsid w:val="00CF29C3"/>
    <w:rsid w:val="00D04ACC"/>
    <w:rsid w:val="00D23F4D"/>
    <w:rsid w:val="00D30675"/>
    <w:rsid w:val="00D866CC"/>
    <w:rsid w:val="00DA7482"/>
    <w:rsid w:val="00DB7633"/>
    <w:rsid w:val="00DC3498"/>
    <w:rsid w:val="00E12EC8"/>
    <w:rsid w:val="00E8614B"/>
    <w:rsid w:val="00EC372F"/>
    <w:rsid w:val="00F14964"/>
    <w:rsid w:val="00F5484A"/>
    <w:rsid w:val="00F617C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7FD75F8"/>
  <w14:defaultImageDpi w14:val="300"/>
  <w15:docId w15:val="{23B0E2A3-D6D2-4609-BB88-5964AE699E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7409D"/>
    <w:pPr>
      <w:spacing w:after="60" w:line="252" w:lineRule="auto"/>
    </w:pPr>
    <w:rPr>
      <w:rFonts w:ascii="Times New Roman" w:eastAsia="Times New Roman" w:hAnsi="Times New Roman"/>
      <w:lang w:val="pt-BR"/>
    </w:rPr>
  </w:style>
  <w:style w:type="paragraph" w:styleId="Ttulo1">
    <w:name w:val="heading 1"/>
    <w:basedOn w:val="Normal"/>
    <w:next w:val="Normal"/>
    <w:link w:val="Ttulo1Char"/>
    <w:uiPriority w:val="99"/>
    <w:qFormat/>
    <w:rsid w:val="0057409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9"/>
    <w:unhideWhenUsed/>
    <w:qFormat/>
    <w:rsid w:val="0057409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9"/>
    <w:unhideWhenUsed/>
    <w:qFormat/>
    <w:rsid w:val="0057409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9"/>
    <w:unhideWhenUsed/>
    <w:qFormat/>
    <w:rsid w:val="0057409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9"/>
    <w:unhideWhenUsed/>
    <w:qFormat/>
    <w:rsid w:val="0057409D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har"/>
    <w:uiPriority w:val="99"/>
    <w:unhideWhenUsed/>
    <w:qFormat/>
    <w:rsid w:val="0057409D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57409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618BF"/>
    <w:rPr>
      <w:rFonts w:ascii="Times New Roman" w:eastAsia="Times New Roman" w:hAnsi="Times New Roman"/>
      <w:lang w:val="pt-BR"/>
    </w:rPr>
  </w:style>
  <w:style w:type="paragraph" w:styleId="Rodap">
    <w:name w:val="footer"/>
    <w:basedOn w:val="Normal"/>
    <w:link w:val="Rodap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pt-BR"/>
    </w:rPr>
  </w:style>
  <w:style w:type="character" w:customStyle="1" w:styleId="Ttulo2Char">
    <w:name w:val="Título 2 Char"/>
    <w:basedOn w:val="Fontepargpadro"/>
    <w:link w:val="Ttulo2"/>
    <w:uiPriority w:val="9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pt-BR"/>
    </w:rPr>
  </w:style>
  <w:style w:type="character" w:customStyle="1" w:styleId="Ttulo3Char">
    <w:name w:val="Título 3 Char"/>
    <w:basedOn w:val="Fontepargpadro"/>
    <w:link w:val="Ttulo3"/>
    <w:uiPriority w:val="99"/>
    <w:rsid w:val="00FC693F"/>
    <w:rPr>
      <w:rFonts w:asciiTheme="majorHAnsi" w:eastAsiaTheme="majorEastAsia" w:hAnsiTheme="majorHAnsi" w:cstheme="majorBidi"/>
      <w:b/>
      <w:bCs/>
      <w:color w:val="4F81BD" w:themeColor="accent1"/>
      <w:lang w:val="pt-BR"/>
    </w:rPr>
  </w:style>
  <w:style w:type="paragraph" w:styleId="Ttulo">
    <w:name w:val="Title"/>
    <w:basedOn w:val="Normal"/>
    <w:next w:val="Normal"/>
    <w:link w:val="TtuloChar"/>
    <w:uiPriority w:val="99"/>
    <w:qFormat/>
    <w:rsid w:val="0057409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99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pt-BR"/>
    </w:rPr>
  </w:style>
  <w:style w:type="paragraph" w:styleId="Subttulo">
    <w:name w:val="Subtitle"/>
    <w:basedOn w:val="Normal"/>
    <w:next w:val="Normal"/>
    <w:link w:val="Subttulo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57409D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AA1D8D"/>
    <w:rPr>
      <w:rFonts w:ascii="Times New Roman" w:eastAsia="Times New Roman" w:hAnsi="Times New Roman"/>
      <w:lang w:val="pt-BR"/>
    </w:rPr>
  </w:style>
  <w:style w:type="paragraph" w:styleId="Corpodetexto2">
    <w:name w:val="Body Text 2"/>
    <w:basedOn w:val="Normal"/>
    <w:link w:val="Corpodetexto2Char"/>
    <w:uiPriority w:val="99"/>
    <w:unhideWhenUsed/>
    <w:rsid w:val="0057409D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A1D8D"/>
    <w:rPr>
      <w:rFonts w:ascii="Times New Roman" w:eastAsia="Times New Roman" w:hAnsi="Times New Roman"/>
      <w:lang w:val="pt-BR"/>
    </w:rPr>
  </w:style>
  <w:style w:type="paragraph" w:styleId="Corpodetexto3">
    <w:name w:val="Body Text 3"/>
    <w:basedOn w:val="Normal"/>
    <w:link w:val="Corpodetexto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Commarcador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inuao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demacro">
    <w:name w:val="macro"/>
    <w:link w:val="Textodemacro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har"/>
    <w:uiPriority w:val="29"/>
    <w:qFormat/>
    <w:rsid w:val="00FC693F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har">
    <w:name w:val="Título 4 Char"/>
    <w:basedOn w:val="Fontepargpadro"/>
    <w:link w:val="Ttulo4"/>
    <w:uiPriority w:val="99"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  <w:lang w:val="pt-BR"/>
    </w:rPr>
  </w:style>
  <w:style w:type="character" w:customStyle="1" w:styleId="Ttulo5Char">
    <w:name w:val="Título 5 Char"/>
    <w:basedOn w:val="Fontepargpadro"/>
    <w:link w:val="Ttulo5"/>
    <w:uiPriority w:val="99"/>
    <w:rsid w:val="00FC693F"/>
    <w:rPr>
      <w:rFonts w:asciiTheme="majorHAnsi" w:eastAsiaTheme="majorEastAsia" w:hAnsiTheme="majorHAnsi" w:cstheme="majorBidi"/>
      <w:color w:val="243F60" w:themeColor="accent1" w:themeShade="7F"/>
      <w:lang w:val="pt-BR"/>
    </w:rPr>
  </w:style>
  <w:style w:type="character" w:customStyle="1" w:styleId="Ttulo6Char">
    <w:name w:val="Título 6 Char"/>
    <w:basedOn w:val="Fontepargpadro"/>
    <w:link w:val="Ttulo6"/>
    <w:uiPriority w:val="99"/>
    <w:rsid w:val="00FC693F"/>
    <w:rPr>
      <w:rFonts w:asciiTheme="majorHAnsi" w:eastAsiaTheme="majorEastAsia" w:hAnsiTheme="majorHAnsi" w:cstheme="majorBidi"/>
      <w:i/>
      <w:iCs/>
      <w:color w:val="243F60" w:themeColor="accent1" w:themeShade="7F"/>
      <w:lang w:val="pt-BR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orte">
    <w:name w:val="Strong"/>
    <w:basedOn w:val="Fontepargpadro"/>
    <w:uiPriority w:val="22"/>
    <w:qFormat/>
    <w:rsid w:val="00FC693F"/>
    <w:rPr>
      <w:b/>
      <w:bCs/>
    </w:rPr>
  </w:style>
  <w:style w:type="character" w:styleId="nfase">
    <w:name w:val="Emphasis"/>
    <w:basedOn w:val="Fontepargpadr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Sutil">
    <w:name w:val="Subtle Emphasis"/>
    <w:basedOn w:val="Fontepargpadr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Fontepargpadr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Sutil">
    <w:name w:val="Subtle Reference"/>
    <w:basedOn w:val="Fontepargpadr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Fontepargpadr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FC693F"/>
    <w:rPr>
      <w:b/>
      <w:b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ade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ment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e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e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e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e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e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ade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adeClara-nfase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adeClara-nfase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adeClara-nfase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adeClara-nfase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nfase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nfase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nfase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nfase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nfase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ade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Mdia1-nfase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Mdia1-nfase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1-nfase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Mdia1-nfase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Mdia1-nfase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ade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adeMdia3-nfase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adeMdia3-nfase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3-nfase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adeMdia3-nfase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adeMdia3-nfase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nfase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nfase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nfase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nfase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nfase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ment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nfase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nfase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nfase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nfase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nfase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ade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Colorida-nfase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Colorida-nfase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Colorida-nfase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Colorida-nfase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Recuodecorpodetexto2">
    <w:name w:val="Body Text Indent 2"/>
    <w:basedOn w:val="Normal"/>
    <w:link w:val="Recuodecorpodetexto2Char"/>
    <w:uiPriority w:val="99"/>
    <w:rsid w:val="0057409D"/>
    <w:pPr>
      <w:widowControl w:val="0"/>
      <w:autoSpaceDE w:val="0"/>
      <w:autoSpaceDN w:val="0"/>
      <w:adjustRightInd w:val="0"/>
      <w:spacing w:after="0" w:line="240" w:lineRule="auto"/>
      <w:ind w:firstLine="1474"/>
      <w:jc w:val="both"/>
    </w:pPr>
    <w:rPr>
      <w:rFonts w:cs="Times New Roman"/>
      <w:sz w:val="24"/>
      <w:szCs w:val="24"/>
      <w:lang w:eastAsia="pt-BR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rsid w:val="0057409D"/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styleId="Recuodecorpodetexto3">
    <w:name w:val="Body Text Indent 3"/>
    <w:basedOn w:val="Normal"/>
    <w:link w:val="Recuodecorpodetexto3Char"/>
    <w:uiPriority w:val="99"/>
    <w:rsid w:val="0057409D"/>
    <w:pPr>
      <w:widowControl w:val="0"/>
      <w:autoSpaceDE w:val="0"/>
      <w:autoSpaceDN w:val="0"/>
      <w:adjustRightInd w:val="0"/>
      <w:spacing w:after="0" w:line="240" w:lineRule="auto"/>
      <w:ind w:firstLine="2155"/>
      <w:jc w:val="both"/>
    </w:pPr>
    <w:rPr>
      <w:rFonts w:cs="Times New Roman"/>
      <w:sz w:val="24"/>
      <w:szCs w:val="24"/>
      <w:lang w:eastAsia="pt-BR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rsid w:val="0057409D"/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styleId="Textodebalo">
    <w:name w:val="Balloon Text"/>
    <w:basedOn w:val="Normal"/>
    <w:link w:val="TextodebaloChar"/>
    <w:uiPriority w:val="99"/>
    <w:rsid w:val="0057409D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16"/>
      <w:szCs w:val="16"/>
      <w:lang w:eastAsia="pt-BR"/>
    </w:rPr>
  </w:style>
  <w:style w:type="character" w:customStyle="1" w:styleId="TextodebaloChar">
    <w:name w:val="Texto de balão Char"/>
    <w:basedOn w:val="Fontepargpadro"/>
    <w:link w:val="Textodebalo"/>
    <w:uiPriority w:val="99"/>
    <w:rsid w:val="0057409D"/>
    <w:rPr>
      <w:rFonts w:ascii="Tahoma" w:eastAsia="Times New Roman" w:hAnsi="Tahoma" w:cs="Tahoma"/>
      <w:sz w:val="16"/>
      <w:szCs w:val="16"/>
      <w:lang w:val="pt-BR" w:eastAsia="pt-BR"/>
    </w:rPr>
  </w:style>
  <w:style w:type="paragraph" w:styleId="NormalWeb">
    <w:name w:val="Normal (Web)"/>
    <w:basedOn w:val="Normal"/>
    <w:uiPriority w:val="99"/>
    <w:rsid w:val="0057409D"/>
    <w:pPr>
      <w:widowControl w:val="0"/>
      <w:autoSpaceDE w:val="0"/>
      <w:autoSpaceDN w:val="0"/>
      <w:adjustRightInd w:val="0"/>
      <w:spacing w:before="100" w:after="100" w:line="270" w:lineRule="atLeast"/>
    </w:pPr>
    <w:rPr>
      <w:rFonts w:cs="Times New Roman"/>
      <w:sz w:val="18"/>
      <w:szCs w:val="18"/>
      <w:lang w:eastAsia="pt-BR"/>
    </w:rPr>
  </w:style>
  <w:style w:type="paragraph" w:styleId="Reviso">
    <w:name w:val="Revision"/>
    <w:hidden/>
    <w:uiPriority w:val="99"/>
    <w:semiHidden/>
    <w:rsid w:val="0057409D"/>
    <w:pPr>
      <w:spacing w:after="0" w:line="240" w:lineRule="auto"/>
    </w:pPr>
    <w:rPr>
      <w:rFonts w:ascii="Times New Roman" w:eastAsia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92595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DD2184A-F20E-4740-8B8C-2FE109541F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8583</Words>
  <Characters>46353</Characters>
  <Application>Microsoft Office Word</Application>
  <DocSecurity>0</DocSecurity>
  <Lines>386</Lines>
  <Paragraphs>109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Estatuto Social Consolidado da APAS-Jaú - RN/ANS 649/2025</vt:lpstr>
      <vt:lpstr/>
    </vt:vector>
  </TitlesOfParts>
  <Manager/>
  <Company/>
  <LinksUpToDate>false</LinksUpToDate>
  <CharactersWithSpaces>54827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Estatuto Social Consolidado da APAS-Jaú - RN/ANS 649/2025</dc:title>
  <dc:subject>Minuta consolidada, renumerada e revisada</dc:subject>
  <dc:creator>APAS-Jaú</dc:creator>
  <cp:keywords/>
  <dc:description>generated by python-docx</dc:description>
  <cp:lastModifiedBy>User</cp:lastModifiedBy>
  <cp:revision>3</cp:revision>
  <cp:lastPrinted>2026-08-18T12:11:00Z</cp:lastPrinted>
  <dcterms:created xsi:type="dcterms:W3CDTF">2026-08-18T12:17:00Z</dcterms:created>
  <dcterms:modified xsi:type="dcterms:W3CDTF">2026-08-18T12:17:00Z</dcterms:modified>
  <cp:category/>
</cp:coreProperties>
</file>